
<file path=[Content_Types].xml><?xml version="1.0" encoding="utf-8"?>
<Types xmlns="http://schemas.openxmlformats.org/package/2006/content-types">
  <Default Extension="jfif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9BF684" w14:textId="10838394" w:rsidR="00BE1477" w:rsidRPr="00E44493" w:rsidRDefault="00B15504" w:rsidP="00430223">
      <w:pPr>
        <w:spacing w:after="0"/>
        <w:jc w:val="center"/>
        <w:rPr>
          <w:rFonts w:ascii="Lucida Calligraphy" w:hAnsi="Lucida Calligraphy"/>
          <w:b/>
          <w:bCs/>
          <w:i/>
          <w:iCs/>
          <w:color w:val="000000" w:themeColor="text1"/>
          <w:sz w:val="32"/>
          <w:szCs w:val="32"/>
        </w:rPr>
      </w:pPr>
      <w:r w:rsidRPr="00E44493">
        <w:rPr>
          <w:rFonts w:ascii="Georgia" w:hAnsi="Georgia"/>
          <w:b/>
          <w:bCs/>
          <w:noProof/>
          <w:color w:val="000000" w:themeColor="text1"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0D48FD6F" wp14:editId="73D81A86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1209675" cy="1209675"/>
            <wp:effectExtent l="0" t="0" r="9525" b="9525"/>
            <wp:wrapSquare wrapText="bothSides"/>
            <wp:docPr id="149995211" name="Picture 2" descr="A picture containing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995211" name="Picture 2" descr="A picture containing text&#10;&#10;AI-generated content may be incorrect.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09675" cy="12096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63F9E" w:rsidRPr="00E44493">
        <w:rPr>
          <w:rFonts w:ascii="Lucida Calligraphy" w:hAnsi="Lucida Calligraphy"/>
          <w:b/>
          <w:bCs/>
          <w:i/>
          <w:iCs/>
          <w:color w:val="000000" w:themeColor="text1"/>
          <w:sz w:val="32"/>
          <w:szCs w:val="32"/>
        </w:rPr>
        <w:t>Oaks &amp; Origins Festival</w:t>
      </w:r>
      <w:r w:rsidR="00906CC0" w:rsidRPr="00E44493">
        <w:rPr>
          <w:rFonts w:ascii="Lucida Calligraphy" w:hAnsi="Lucida Calligraphy"/>
          <w:b/>
          <w:bCs/>
          <w:i/>
          <w:iCs/>
          <w:color w:val="000000" w:themeColor="text1"/>
          <w:sz w:val="32"/>
          <w:szCs w:val="32"/>
        </w:rPr>
        <w:t>:</w:t>
      </w:r>
    </w:p>
    <w:p w14:paraId="12206295" w14:textId="205B6DD4" w:rsidR="00B15504" w:rsidRPr="00E44493" w:rsidRDefault="00906CC0" w:rsidP="00430223">
      <w:pPr>
        <w:spacing w:after="0"/>
        <w:jc w:val="center"/>
        <w:rPr>
          <w:rFonts w:ascii="Lucida Calligraphy" w:hAnsi="Lucida Calligraphy"/>
          <w:b/>
          <w:bCs/>
          <w:i/>
          <w:iCs/>
          <w:color w:val="000000" w:themeColor="text1"/>
          <w:sz w:val="32"/>
          <w:szCs w:val="32"/>
        </w:rPr>
      </w:pPr>
      <w:r w:rsidRPr="00E44493">
        <w:rPr>
          <w:rFonts w:ascii="Lucida Calligraphy" w:hAnsi="Lucida Calligraphy"/>
          <w:b/>
          <w:bCs/>
          <w:i/>
          <w:iCs/>
          <w:color w:val="000000" w:themeColor="text1"/>
          <w:sz w:val="32"/>
          <w:szCs w:val="32"/>
        </w:rPr>
        <w:t>A</w:t>
      </w:r>
      <w:r w:rsidR="00C63F9E" w:rsidRPr="00E44493">
        <w:rPr>
          <w:rFonts w:ascii="Lucida Calligraphy" w:hAnsi="Lucida Calligraphy"/>
          <w:b/>
          <w:bCs/>
          <w:i/>
          <w:iCs/>
          <w:color w:val="000000" w:themeColor="text1"/>
          <w:sz w:val="32"/>
          <w:szCs w:val="32"/>
        </w:rPr>
        <w:t xml:space="preserve"> Bicentennial Celebration of</w:t>
      </w:r>
    </w:p>
    <w:p w14:paraId="20834ACE" w14:textId="557F5D05" w:rsidR="00AC58DD" w:rsidRPr="00E44493" w:rsidRDefault="00B15504" w:rsidP="00430223">
      <w:pPr>
        <w:spacing w:after="0"/>
        <w:jc w:val="center"/>
        <w:rPr>
          <w:rFonts w:ascii="Lucida Calligraphy" w:hAnsi="Lucida Calligraphy"/>
          <w:b/>
          <w:bCs/>
          <w:i/>
          <w:iCs/>
          <w:color w:val="000000" w:themeColor="text1"/>
          <w:sz w:val="32"/>
          <w:szCs w:val="32"/>
        </w:rPr>
      </w:pPr>
      <w:r w:rsidRPr="00E44493">
        <w:rPr>
          <w:rFonts w:ascii="Lucida Calligraphy" w:hAnsi="Lucida Calligraphy"/>
          <w:b/>
          <w:bCs/>
          <w:i/>
          <w:iCs/>
          <w:color w:val="000000" w:themeColor="text1"/>
          <w:sz w:val="32"/>
          <w:szCs w:val="32"/>
        </w:rPr>
        <w:t>T</w:t>
      </w:r>
      <w:r w:rsidR="00C63F9E" w:rsidRPr="00E44493">
        <w:rPr>
          <w:rFonts w:ascii="Lucida Calligraphy" w:hAnsi="Lucida Calligraphy"/>
          <w:b/>
          <w:bCs/>
          <w:i/>
          <w:iCs/>
          <w:color w:val="000000" w:themeColor="text1"/>
          <w:sz w:val="32"/>
          <w:szCs w:val="32"/>
        </w:rPr>
        <w:t>he E.D. White Historic Site</w:t>
      </w:r>
    </w:p>
    <w:p w14:paraId="1B7BEE19" w14:textId="3730F435" w:rsidR="00C63F9E" w:rsidRPr="00766167" w:rsidRDefault="0048241D" w:rsidP="0048241D">
      <w:pPr>
        <w:spacing w:after="0"/>
        <w:ind w:left="2160" w:firstLine="720"/>
        <w:rPr>
          <w:b/>
          <w:bCs/>
          <w:sz w:val="40"/>
          <w:szCs w:val="40"/>
        </w:rPr>
      </w:pPr>
      <w:r>
        <w:rPr>
          <w:b/>
          <w:bCs/>
          <w:i/>
          <w:iCs/>
          <w:sz w:val="40"/>
          <w:szCs w:val="40"/>
        </w:rPr>
        <w:t xml:space="preserve">           </w:t>
      </w:r>
      <w:r w:rsidR="00C7601C" w:rsidRPr="00766167">
        <w:rPr>
          <w:b/>
          <w:bCs/>
          <w:i/>
          <w:iCs/>
          <w:sz w:val="40"/>
          <w:szCs w:val="40"/>
        </w:rPr>
        <w:t>Event Sponsorship Form</w:t>
      </w:r>
    </w:p>
    <w:p w14:paraId="150FA79E" w14:textId="484D90D1" w:rsidR="00B15504" w:rsidRDefault="00FB02B9" w:rsidP="00E20DFA">
      <w:pPr>
        <w:spacing w:after="0" w:line="240" w:lineRule="auto"/>
        <w:rPr>
          <w:rFonts w:ascii="Georgia" w:hAnsi="Georgia"/>
          <w:sz w:val="24"/>
          <w:szCs w:val="24"/>
        </w:rPr>
      </w:pPr>
      <w:bookmarkStart w:id="0" w:name="_Hlk204763648"/>
      <w:bookmarkEnd w:id="0"/>
      <w:r w:rsidRPr="00B15504">
        <w:rPr>
          <w:rFonts w:ascii="Georgia" w:hAnsi="Georgia"/>
          <w:b/>
          <w:bCs/>
          <w:sz w:val="24"/>
          <w:szCs w:val="24"/>
        </w:rPr>
        <w:t>Event Date</w:t>
      </w:r>
      <w:r w:rsidRPr="00B15504">
        <w:rPr>
          <w:rFonts w:ascii="Georgia" w:hAnsi="Georgia"/>
          <w:sz w:val="24"/>
          <w:szCs w:val="24"/>
        </w:rPr>
        <w:t xml:space="preserve">: </w:t>
      </w:r>
      <w:r w:rsidR="00A41494" w:rsidRPr="00B15504">
        <w:rPr>
          <w:rFonts w:ascii="Georgia" w:hAnsi="Georgia"/>
          <w:sz w:val="24"/>
          <w:szCs w:val="24"/>
        </w:rPr>
        <w:t xml:space="preserve">Saturday, November 15, </w:t>
      </w:r>
      <w:r w:rsidR="00D40BDE" w:rsidRPr="00B15504">
        <w:rPr>
          <w:rFonts w:ascii="Georgia" w:hAnsi="Georgia"/>
          <w:sz w:val="24"/>
          <w:szCs w:val="24"/>
        </w:rPr>
        <w:t>2025,</w:t>
      </w:r>
      <w:r w:rsidR="00A41494" w:rsidRPr="00B15504">
        <w:rPr>
          <w:rFonts w:ascii="Georgia" w:hAnsi="Georgia"/>
          <w:sz w:val="24"/>
          <w:szCs w:val="24"/>
        </w:rPr>
        <w:t xml:space="preserve"> 1</w:t>
      </w:r>
      <w:r w:rsidR="00F35E4A" w:rsidRPr="00B15504">
        <w:rPr>
          <w:rFonts w:ascii="Georgia" w:hAnsi="Georgia"/>
          <w:sz w:val="24"/>
          <w:szCs w:val="24"/>
        </w:rPr>
        <w:t>0</w:t>
      </w:r>
      <w:r w:rsidR="00A41494" w:rsidRPr="00B15504">
        <w:rPr>
          <w:rFonts w:ascii="Georgia" w:hAnsi="Georgia"/>
          <w:sz w:val="24"/>
          <w:szCs w:val="24"/>
        </w:rPr>
        <w:t>:</w:t>
      </w:r>
      <w:r w:rsidR="00F35E4A" w:rsidRPr="00B15504">
        <w:rPr>
          <w:rFonts w:ascii="Georgia" w:hAnsi="Georgia"/>
          <w:sz w:val="24"/>
          <w:szCs w:val="24"/>
        </w:rPr>
        <w:t>3</w:t>
      </w:r>
      <w:r w:rsidR="00A41494" w:rsidRPr="00B15504">
        <w:rPr>
          <w:rFonts w:ascii="Georgia" w:hAnsi="Georgia"/>
          <w:sz w:val="24"/>
          <w:szCs w:val="24"/>
        </w:rPr>
        <w:t>0 AM-4:00 PM</w:t>
      </w:r>
      <w:r w:rsidR="00343E81" w:rsidRPr="00B15504">
        <w:rPr>
          <w:rFonts w:ascii="Georgia" w:hAnsi="Georgia"/>
          <w:sz w:val="24"/>
          <w:szCs w:val="24"/>
        </w:rPr>
        <w:tab/>
      </w:r>
    </w:p>
    <w:p w14:paraId="5CC3BB68" w14:textId="22684444" w:rsidR="00E20DFA" w:rsidRPr="00B15504" w:rsidRDefault="00FB02B9" w:rsidP="00E20DFA">
      <w:pPr>
        <w:spacing w:after="0" w:line="240" w:lineRule="auto"/>
        <w:rPr>
          <w:rFonts w:ascii="Georgia" w:hAnsi="Georgia"/>
          <w:sz w:val="24"/>
          <w:szCs w:val="24"/>
        </w:rPr>
      </w:pPr>
      <w:r w:rsidRPr="00B15504">
        <w:rPr>
          <w:rFonts w:ascii="Georgia" w:hAnsi="Georgia"/>
          <w:b/>
          <w:bCs/>
          <w:sz w:val="24"/>
          <w:szCs w:val="24"/>
        </w:rPr>
        <w:t>Event Location</w:t>
      </w:r>
      <w:r w:rsidRPr="00B15504">
        <w:rPr>
          <w:rFonts w:ascii="Georgia" w:hAnsi="Georgia"/>
          <w:sz w:val="24"/>
          <w:szCs w:val="24"/>
        </w:rPr>
        <w:t xml:space="preserve">: </w:t>
      </w:r>
      <w:r w:rsidR="00A41494" w:rsidRPr="00B15504">
        <w:rPr>
          <w:rFonts w:ascii="Georgia" w:hAnsi="Georgia"/>
          <w:sz w:val="24"/>
          <w:szCs w:val="24"/>
        </w:rPr>
        <w:t>E.D. White Historic Site</w:t>
      </w:r>
      <w:r w:rsidR="00F319D6" w:rsidRPr="00B15504">
        <w:rPr>
          <w:rFonts w:ascii="Georgia" w:hAnsi="Georgia"/>
          <w:sz w:val="24"/>
          <w:szCs w:val="24"/>
        </w:rPr>
        <w:t xml:space="preserve">, </w:t>
      </w:r>
    </w:p>
    <w:p w14:paraId="0DF090FC" w14:textId="0B8978D5" w:rsidR="009C47B4" w:rsidRPr="00B15504" w:rsidRDefault="00E20DFA" w:rsidP="00E20DFA">
      <w:pPr>
        <w:spacing w:after="0" w:line="240" w:lineRule="auto"/>
        <w:rPr>
          <w:rFonts w:ascii="Georgia" w:hAnsi="Georgia"/>
          <w:sz w:val="24"/>
          <w:szCs w:val="24"/>
        </w:rPr>
      </w:pPr>
      <w:r w:rsidRPr="00B15504">
        <w:rPr>
          <w:rFonts w:ascii="Georgia" w:hAnsi="Georgia"/>
          <w:sz w:val="24"/>
          <w:szCs w:val="24"/>
        </w:rPr>
        <w:t xml:space="preserve">                                 </w:t>
      </w:r>
      <w:r w:rsidR="009C47B4" w:rsidRPr="00B15504">
        <w:rPr>
          <w:rFonts w:ascii="Georgia" w:hAnsi="Georgia"/>
          <w:sz w:val="24"/>
          <w:szCs w:val="24"/>
        </w:rPr>
        <w:t xml:space="preserve"> </w:t>
      </w:r>
      <w:r w:rsidR="00A41494" w:rsidRPr="00B15504">
        <w:rPr>
          <w:rFonts w:ascii="Georgia" w:hAnsi="Georgia"/>
          <w:sz w:val="24"/>
          <w:szCs w:val="24"/>
        </w:rPr>
        <w:t>2295 St. Mary St.</w:t>
      </w:r>
      <w:r w:rsidR="00B15504">
        <w:rPr>
          <w:rFonts w:ascii="Georgia" w:hAnsi="Georgia"/>
          <w:sz w:val="24"/>
          <w:szCs w:val="24"/>
        </w:rPr>
        <w:t xml:space="preserve">  </w:t>
      </w:r>
      <w:r w:rsidR="00A41494" w:rsidRPr="00B15504">
        <w:rPr>
          <w:rFonts w:ascii="Georgia" w:hAnsi="Georgia"/>
          <w:sz w:val="24"/>
          <w:szCs w:val="24"/>
        </w:rPr>
        <w:t>Thibodaux, LA</w:t>
      </w:r>
      <w:r w:rsidR="00DD740B" w:rsidRPr="00B15504">
        <w:rPr>
          <w:rFonts w:ascii="Georgia" w:hAnsi="Georgia"/>
          <w:sz w:val="24"/>
          <w:szCs w:val="24"/>
        </w:rPr>
        <w:t xml:space="preserve"> </w:t>
      </w:r>
      <w:r w:rsidR="00A41494" w:rsidRPr="00B15504">
        <w:rPr>
          <w:rFonts w:ascii="Georgia" w:hAnsi="Georgia"/>
          <w:sz w:val="24"/>
          <w:szCs w:val="24"/>
        </w:rPr>
        <w:t>70301</w:t>
      </w:r>
      <w:r w:rsidR="00343E81" w:rsidRPr="00B15504">
        <w:rPr>
          <w:rFonts w:ascii="Georgia" w:hAnsi="Georgia"/>
          <w:sz w:val="24"/>
          <w:szCs w:val="24"/>
        </w:rPr>
        <w:tab/>
      </w:r>
      <w:r w:rsidR="00FB02B9" w:rsidRPr="00B15504">
        <w:rPr>
          <w:rFonts w:ascii="Georgia" w:hAnsi="Georgia"/>
          <w:sz w:val="24"/>
          <w:szCs w:val="24"/>
        </w:rPr>
        <w:br/>
      </w:r>
      <w:r w:rsidR="00FB02B9" w:rsidRPr="00B15504">
        <w:rPr>
          <w:rFonts w:ascii="Georgia" w:hAnsi="Georgia"/>
          <w:b/>
          <w:bCs/>
          <w:sz w:val="24"/>
          <w:szCs w:val="24"/>
        </w:rPr>
        <w:t>Hosted By</w:t>
      </w:r>
      <w:r w:rsidR="00FB02B9" w:rsidRPr="00B15504">
        <w:rPr>
          <w:rFonts w:ascii="Georgia" w:hAnsi="Georgia"/>
          <w:sz w:val="24"/>
          <w:szCs w:val="24"/>
        </w:rPr>
        <w:t xml:space="preserve">: </w:t>
      </w:r>
      <w:r w:rsidR="00A41494" w:rsidRPr="00B15504">
        <w:rPr>
          <w:rFonts w:ascii="Georgia" w:hAnsi="Georgia"/>
          <w:sz w:val="24"/>
          <w:szCs w:val="24"/>
        </w:rPr>
        <w:t>Friends of E.D. White Historic Site</w:t>
      </w:r>
    </w:p>
    <w:p w14:paraId="6F4FC382" w14:textId="4DD0407E" w:rsidR="00607598" w:rsidRPr="009C47B4" w:rsidRDefault="00343E81" w:rsidP="00E20DFA">
      <w:pPr>
        <w:spacing w:after="0" w:line="240" w:lineRule="auto"/>
        <w:rPr>
          <w:rFonts w:ascii="Georgia" w:hAnsi="Georgia"/>
          <w:sz w:val="28"/>
          <w:szCs w:val="28"/>
        </w:rPr>
      </w:pPr>
      <w:r w:rsidRPr="00B15504">
        <w:rPr>
          <w:rFonts w:ascii="Georgia" w:hAnsi="Georgia"/>
          <w:b/>
          <w:bCs/>
          <w:sz w:val="24"/>
          <w:szCs w:val="24"/>
        </w:rPr>
        <w:t>Contact Person:</w:t>
      </w:r>
      <w:r w:rsidRPr="00B15504">
        <w:rPr>
          <w:rFonts w:ascii="Georgia" w:hAnsi="Georgia"/>
          <w:sz w:val="24"/>
          <w:szCs w:val="24"/>
        </w:rPr>
        <w:t xml:space="preserve">  Pam</w:t>
      </w:r>
      <w:r w:rsidR="00906CC0" w:rsidRPr="00B15504">
        <w:rPr>
          <w:rFonts w:ascii="Georgia" w:hAnsi="Georgia"/>
          <w:sz w:val="24"/>
          <w:szCs w:val="24"/>
        </w:rPr>
        <w:t>el</w:t>
      </w:r>
      <w:r w:rsidR="00F35E4A" w:rsidRPr="00B15504">
        <w:rPr>
          <w:rFonts w:ascii="Georgia" w:hAnsi="Georgia"/>
          <w:sz w:val="24"/>
          <w:szCs w:val="24"/>
        </w:rPr>
        <w:t>a</w:t>
      </w:r>
      <w:r w:rsidRPr="00B15504">
        <w:rPr>
          <w:rFonts w:ascii="Georgia" w:hAnsi="Georgia"/>
          <w:sz w:val="24"/>
          <w:szCs w:val="24"/>
        </w:rPr>
        <w:t xml:space="preserve"> </w:t>
      </w:r>
      <w:r w:rsidR="00430223">
        <w:rPr>
          <w:rFonts w:ascii="Georgia" w:hAnsi="Georgia"/>
          <w:sz w:val="24"/>
          <w:szCs w:val="24"/>
        </w:rPr>
        <w:t xml:space="preserve">T. </w:t>
      </w:r>
      <w:r w:rsidRPr="00B15504">
        <w:rPr>
          <w:rFonts w:ascii="Georgia" w:hAnsi="Georgia"/>
          <w:sz w:val="24"/>
          <w:szCs w:val="24"/>
        </w:rPr>
        <w:t>Folse</w:t>
      </w:r>
      <w:r w:rsidR="00A362C3" w:rsidRPr="00B15504">
        <w:rPr>
          <w:rFonts w:ascii="Georgia" w:hAnsi="Georgia"/>
          <w:sz w:val="24"/>
          <w:szCs w:val="24"/>
        </w:rPr>
        <w:t>, President</w:t>
      </w:r>
      <w:r w:rsidRPr="00B15504">
        <w:rPr>
          <w:rFonts w:ascii="Georgia" w:hAnsi="Georgia"/>
          <w:sz w:val="24"/>
          <w:szCs w:val="24"/>
        </w:rPr>
        <w:br/>
      </w:r>
      <w:r w:rsidRPr="00B15504">
        <w:rPr>
          <w:rFonts w:ascii="Georgia" w:hAnsi="Georgia"/>
          <w:b/>
          <w:bCs/>
          <w:sz w:val="24"/>
          <w:szCs w:val="24"/>
        </w:rPr>
        <w:t>Phone Number:</w:t>
      </w:r>
      <w:r w:rsidRPr="00B15504">
        <w:rPr>
          <w:rFonts w:ascii="Georgia" w:hAnsi="Georgia"/>
          <w:sz w:val="24"/>
          <w:szCs w:val="24"/>
        </w:rPr>
        <w:t xml:space="preserve"> (985) 227-095</w:t>
      </w:r>
      <w:r w:rsidR="008330AF" w:rsidRPr="00B15504">
        <w:rPr>
          <w:rFonts w:ascii="Georgia" w:hAnsi="Georgia"/>
          <w:sz w:val="24"/>
          <w:szCs w:val="24"/>
        </w:rPr>
        <w:t>8</w:t>
      </w:r>
      <w:r w:rsidR="008330AF" w:rsidRPr="00B15504">
        <w:rPr>
          <w:rFonts w:ascii="Georgia" w:hAnsi="Georgia"/>
          <w:sz w:val="24"/>
          <w:szCs w:val="24"/>
        </w:rPr>
        <w:br/>
      </w:r>
      <w:r w:rsidRPr="00B15504">
        <w:rPr>
          <w:rFonts w:ascii="Georgia" w:hAnsi="Georgia"/>
          <w:b/>
          <w:bCs/>
          <w:sz w:val="24"/>
          <w:szCs w:val="24"/>
        </w:rPr>
        <w:t>Email Address:</w:t>
      </w:r>
      <w:r w:rsidRPr="00B15504">
        <w:rPr>
          <w:rFonts w:ascii="Georgia" w:hAnsi="Georgia"/>
          <w:sz w:val="24"/>
          <w:szCs w:val="24"/>
        </w:rPr>
        <w:t xml:space="preserve"> ptfolse@yahoo.com</w:t>
      </w:r>
      <w:r w:rsidRPr="00B15504">
        <w:rPr>
          <w:rFonts w:ascii="Georgia" w:hAnsi="Georgia"/>
          <w:sz w:val="24"/>
          <w:szCs w:val="24"/>
        </w:rPr>
        <w:br/>
      </w:r>
      <w:r w:rsidRPr="00B15504">
        <w:rPr>
          <w:rFonts w:ascii="Georgia" w:hAnsi="Georgia"/>
          <w:b/>
          <w:bCs/>
          <w:sz w:val="24"/>
          <w:szCs w:val="24"/>
        </w:rPr>
        <w:t>Website/</w:t>
      </w:r>
      <w:r w:rsidR="00D40BDE" w:rsidRPr="00B15504">
        <w:rPr>
          <w:rFonts w:ascii="Georgia" w:hAnsi="Georgia"/>
          <w:b/>
          <w:bCs/>
          <w:sz w:val="24"/>
          <w:szCs w:val="24"/>
        </w:rPr>
        <w:t>social media</w:t>
      </w:r>
      <w:r w:rsidRPr="00B15504">
        <w:rPr>
          <w:rFonts w:ascii="Georgia" w:hAnsi="Georgia"/>
          <w:b/>
          <w:bCs/>
          <w:sz w:val="24"/>
          <w:szCs w:val="24"/>
        </w:rPr>
        <w:t>:</w:t>
      </w:r>
      <w:r w:rsidRPr="00B15504">
        <w:rPr>
          <w:rFonts w:ascii="Georgia" w:hAnsi="Georgia"/>
          <w:sz w:val="24"/>
          <w:szCs w:val="24"/>
        </w:rPr>
        <w:t xml:space="preserve"> friendsofedwhitesite.org</w:t>
      </w:r>
      <w:r w:rsidR="00FB02B9" w:rsidRPr="00B15504">
        <w:rPr>
          <w:sz w:val="24"/>
          <w:szCs w:val="24"/>
        </w:rPr>
        <w:br/>
      </w:r>
      <w:r w:rsidR="00FB02B9" w:rsidRPr="00B15504">
        <w:rPr>
          <w:sz w:val="24"/>
          <w:szCs w:val="24"/>
        </w:rPr>
        <w:br/>
      </w:r>
      <w:r w:rsidR="00B15504" w:rsidRPr="00B15504">
        <w:rPr>
          <w:rFonts w:ascii="Georgia" w:hAnsi="Georgia"/>
          <w:sz w:val="24"/>
          <w:szCs w:val="24"/>
        </w:rPr>
        <w:t>On behalf of the Friends of the E.D. White Historic Site, w</w:t>
      </w:r>
      <w:r w:rsidR="00FB02B9" w:rsidRPr="00B15504">
        <w:rPr>
          <w:rFonts w:ascii="Georgia" w:hAnsi="Georgia"/>
          <w:sz w:val="24"/>
          <w:szCs w:val="24"/>
        </w:rPr>
        <w:t xml:space="preserve">e are excited to offer sponsorship opportunities for our upcoming </w:t>
      </w:r>
      <w:r w:rsidR="00B15504">
        <w:rPr>
          <w:rFonts w:ascii="Georgia" w:hAnsi="Georgia"/>
          <w:sz w:val="24"/>
          <w:szCs w:val="24"/>
        </w:rPr>
        <w:t xml:space="preserve">bicentennial </w:t>
      </w:r>
      <w:r w:rsidR="00FB02B9" w:rsidRPr="00B15504">
        <w:rPr>
          <w:rFonts w:ascii="Georgia" w:hAnsi="Georgia"/>
          <w:sz w:val="24"/>
          <w:szCs w:val="24"/>
        </w:rPr>
        <w:t>event</w:t>
      </w:r>
      <w:r w:rsidR="00E433D1" w:rsidRPr="00B15504">
        <w:rPr>
          <w:rFonts w:ascii="Georgia" w:hAnsi="Georgia"/>
          <w:sz w:val="24"/>
          <w:szCs w:val="24"/>
        </w:rPr>
        <w:t>!</w:t>
      </w:r>
      <w:r w:rsidR="00FB02B9" w:rsidRPr="00B15504">
        <w:rPr>
          <w:rFonts w:ascii="Georgia" w:hAnsi="Georgia"/>
          <w:sz w:val="24"/>
          <w:szCs w:val="24"/>
        </w:rPr>
        <w:t xml:space="preserve"> Sponsors will receive recognition and promotion throughout the event</w:t>
      </w:r>
      <w:r w:rsidR="00607598" w:rsidRPr="00B15504">
        <w:rPr>
          <w:rFonts w:ascii="Georgia" w:hAnsi="Georgia"/>
          <w:sz w:val="24"/>
          <w:szCs w:val="24"/>
        </w:rPr>
        <w:t>. Please indicate your sponsorship level below and complete the company details section that follows.</w:t>
      </w:r>
      <w:r w:rsidR="00607598" w:rsidRPr="009C47B4">
        <w:rPr>
          <w:rFonts w:ascii="Georgia" w:hAnsi="Georgia"/>
          <w:sz w:val="28"/>
          <w:szCs w:val="28"/>
        </w:rPr>
        <w:t xml:space="preserve"> </w:t>
      </w:r>
    </w:p>
    <w:p w14:paraId="5D580A14" w14:textId="769EF850" w:rsidR="00E80157" w:rsidRDefault="00E80157" w:rsidP="00E20DFA">
      <w:pPr>
        <w:spacing w:after="0" w:line="240" w:lineRule="auto"/>
        <w:rPr>
          <w:rFonts w:ascii="Segoe UI Emoji" w:hAnsi="Segoe UI Emoji" w:cs="Segoe UI Emoji"/>
          <w:sz w:val="28"/>
          <w:szCs w:val="28"/>
        </w:rPr>
      </w:pPr>
    </w:p>
    <w:p w14:paraId="49DBE78C" w14:textId="78EDFEE2" w:rsidR="00C63F9E" w:rsidRPr="009C47B4" w:rsidRDefault="00C63F9E" w:rsidP="00E20DFA">
      <w:pPr>
        <w:spacing w:after="0" w:line="240" w:lineRule="auto"/>
        <w:rPr>
          <w:rFonts w:ascii="Georgia" w:hAnsi="Georgia"/>
          <w:sz w:val="28"/>
          <w:szCs w:val="28"/>
        </w:rPr>
      </w:pPr>
      <w:r w:rsidRPr="00C63F9E">
        <w:rPr>
          <w:sz w:val="28"/>
          <w:szCs w:val="28"/>
        </w:rPr>
        <w:t xml:space="preserve"> </w:t>
      </w:r>
      <w:r w:rsidRPr="009C47B4">
        <w:rPr>
          <w:rFonts w:ascii="Georgia" w:hAnsi="Georgia"/>
          <w:b/>
          <w:bCs/>
          <w:sz w:val="28"/>
          <w:szCs w:val="28"/>
        </w:rPr>
        <w:t>SPONSORSHIP LEVELS (Check one)</w:t>
      </w:r>
      <w:r w:rsidR="00CD5270" w:rsidRPr="009C47B4">
        <w:rPr>
          <w:rFonts w:ascii="Georgia" w:hAnsi="Georgia"/>
          <w:b/>
          <w:bCs/>
          <w:sz w:val="28"/>
          <w:szCs w:val="28"/>
        </w:rPr>
        <w:tab/>
      </w:r>
      <w:r w:rsidR="00CD5270" w:rsidRPr="009C47B4">
        <w:rPr>
          <w:rFonts w:ascii="Georgia" w:hAnsi="Georgia"/>
          <w:b/>
          <w:bCs/>
          <w:sz w:val="28"/>
          <w:szCs w:val="28"/>
        </w:rPr>
        <w:tab/>
      </w:r>
    </w:p>
    <w:p w14:paraId="0225CFD6" w14:textId="47133173" w:rsidR="00B15504" w:rsidRDefault="00000000" w:rsidP="00455CD6">
      <w:pPr>
        <w:pStyle w:val="NormalWeb"/>
        <w:spacing w:before="0" w:beforeAutospacing="0" w:after="0" w:afterAutospacing="0"/>
        <w:rPr>
          <w:rFonts w:ascii="Georgia" w:hAnsi="Georgia"/>
          <w:b/>
          <w:bCs/>
          <w:sz w:val="28"/>
          <w:szCs w:val="28"/>
        </w:rPr>
      </w:pPr>
      <w:sdt>
        <w:sdtPr>
          <w:rPr>
            <w:rFonts w:ascii="Georgia" w:hAnsi="Georgia"/>
            <w:sz w:val="28"/>
            <w:szCs w:val="28"/>
          </w:rPr>
          <w:id w:val="189831514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20DFA" w:rsidRPr="009C47B4">
            <w:rPr>
              <w:rFonts w:ascii="Segoe UI Symbol" w:eastAsia="MS Gothic" w:hAnsi="Segoe UI Symbol" w:cs="Segoe UI Symbol"/>
              <w:sz w:val="28"/>
              <w:szCs w:val="28"/>
            </w:rPr>
            <w:t>☐</w:t>
          </w:r>
        </w:sdtContent>
      </w:sdt>
      <w:r w:rsidR="00DD740B" w:rsidRPr="009C47B4">
        <w:rPr>
          <w:rFonts w:ascii="Georgia" w:hAnsi="Georgia"/>
          <w:sz w:val="28"/>
          <w:szCs w:val="28"/>
        </w:rPr>
        <w:t xml:space="preserve"> </w:t>
      </w:r>
      <w:r w:rsidR="00ED1011">
        <w:rPr>
          <w:rFonts w:ascii="Georgia" w:hAnsi="Georgia"/>
          <w:b/>
          <w:bCs/>
          <w:sz w:val="28"/>
          <w:szCs w:val="28"/>
        </w:rPr>
        <w:t>Mighty</w:t>
      </w:r>
      <w:r w:rsidR="006F01DF" w:rsidRPr="009C47B4">
        <w:rPr>
          <w:rFonts w:ascii="Georgia" w:hAnsi="Georgia"/>
          <w:b/>
          <w:bCs/>
          <w:sz w:val="28"/>
          <w:szCs w:val="28"/>
        </w:rPr>
        <w:t xml:space="preserve"> Oak</w:t>
      </w:r>
      <w:r w:rsidR="00DD740B" w:rsidRPr="009C47B4">
        <w:rPr>
          <w:rFonts w:ascii="Georgia" w:hAnsi="Georgia"/>
          <w:b/>
          <w:bCs/>
          <w:sz w:val="28"/>
          <w:szCs w:val="28"/>
        </w:rPr>
        <w:t xml:space="preserve"> </w:t>
      </w:r>
      <w:r w:rsidR="00DC7592">
        <w:rPr>
          <w:rFonts w:ascii="Georgia" w:hAnsi="Georgia"/>
          <w:b/>
          <w:bCs/>
          <w:sz w:val="28"/>
          <w:szCs w:val="28"/>
        </w:rPr>
        <w:t>–</w:t>
      </w:r>
      <w:r w:rsidR="00DD740B" w:rsidRPr="009C47B4">
        <w:rPr>
          <w:rFonts w:ascii="Georgia" w:hAnsi="Georgia"/>
          <w:b/>
          <w:bCs/>
          <w:sz w:val="28"/>
          <w:szCs w:val="28"/>
        </w:rPr>
        <w:t xml:space="preserve"> </w:t>
      </w:r>
      <w:r w:rsidR="00DC7592">
        <w:rPr>
          <w:rFonts w:ascii="Georgia" w:hAnsi="Georgia"/>
          <w:b/>
          <w:bCs/>
          <w:sz w:val="28"/>
          <w:szCs w:val="28"/>
        </w:rPr>
        <w:t xml:space="preserve">Presenting Sponsor - </w:t>
      </w:r>
      <w:r w:rsidR="00DD740B" w:rsidRPr="009C47B4">
        <w:rPr>
          <w:rFonts w:ascii="Georgia" w:hAnsi="Georgia"/>
          <w:b/>
          <w:bCs/>
          <w:sz w:val="28"/>
          <w:szCs w:val="28"/>
        </w:rPr>
        <w:t>$</w:t>
      </w:r>
      <w:r w:rsidR="00DC7592">
        <w:rPr>
          <w:rFonts w:ascii="Georgia" w:hAnsi="Georgia"/>
          <w:b/>
          <w:bCs/>
          <w:sz w:val="28"/>
          <w:szCs w:val="28"/>
        </w:rPr>
        <w:t>2,500</w:t>
      </w:r>
    </w:p>
    <w:p w14:paraId="271CB06C" w14:textId="6AA6C227" w:rsidR="00B15504" w:rsidRDefault="00E80157" w:rsidP="00455CD6">
      <w:pPr>
        <w:pStyle w:val="NormalWeb"/>
        <w:numPr>
          <w:ilvl w:val="0"/>
          <w:numId w:val="10"/>
        </w:numPr>
        <w:spacing w:before="0" w:beforeAutospacing="0" w:after="0" w:afterAutospacing="0"/>
        <w:rPr>
          <w:rFonts w:ascii="Georgia" w:hAnsi="Georgia"/>
          <w:b/>
          <w:bCs/>
          <w:sz w:val="20"/>
          <w:szCs w:val="20"/>
        </w:rPr>
      </w:pPr>
      <w:bookmarkStart w:id="1" w:name="_Hlk209469228"/>
      <w:r>
        <w:rPr>
          <w:rFonts w:ascii="Georgia" w:hAnsi="Georgia"/>
          <w:b/>
          <w:bCs/>
          <w:sz w:val="20"/>
          <w:szCs w:val="20"/>
        </w:rPr>
        <w:t>Company logo on stage banner</w:t>
      </w:r>
    </w:p>
    <w:p w14:paraId="548ABC6E" w14:textId="1A7339DF" w:rsidR="00455CD6" w:rsidRDefault="00B64338" w:rsidP="00455CD6">
      <w:pPr>
        <w:pStyle w:val="NormalWeb"/>
        <w:numPr>
          <w:ilvl w:val="0"/>
          <w:numId w:val="10"/>
        </w:numPr>
        <w:spacing w:before="0" w:beforeAutospacing="0" w:after="0" w:afterAutospacing="0"/>
        <w:rPr>
          <w:rFonts w:ascii="Georgia" w:hAnsi="Georgia"/>
          <w:b/>
          <w:bCs/>
          <w:sz w:val="20"/>
          <w:szCs w:val="20"/>
        </w:rPr>
      </w:pPr>
      <w:r>
        <w:rPr>
          <w:rFonts w:ascii="Georgia" w:hAnsi="Georgia"/>
          <w:b/>
          <w:bCs/>
          <w:noProof/>
          <w:sz w:val="20"/>
          <w:szCs w:val="20"/>
        </w:rPr>
        <w:drawing>
          <wp:anchor distT="0" distB="0" distL="114300" distR="114300" simplePos="0" relativeHeight="251663360" behindDoc="0" locked="0" layoutInCell="1" allowOverlap="1" wp14:anchorId="2E7A5D65" wp14:editId="27E17636">
            <wp:simplePos x="0" y="0"/>
            <wp:positionH relativeFrom="margin">
              <wp:posOffset>3487420</wp:posOffset>
            </wp:positionH>
            <wp:positionV relativeFrom="paragraph">
              <wp:posOffset>12065</wp:posOffset>
            </wp:positionV>
            <wp:extent cx="2905125" cy="3866103"/>
            <wp:effectExtent l="0" t="0" r="0" b="1270"/>
            <wp:wrapNone/>
            <wp:docPr id="32389394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5125" cy="386610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55CD6">
        <w:rPr>
          <w:rFonts w:ascii="Georgia" w:hAnsi="Georgia"/>
          <w:b/>
          <w:bCs/>
          <w:sz w:val="20"/>
          <w:szCs w:val="20"/>
        </w:rPr>
        <w:t>Name/Logo on shared sponsor banner</w:t>
      </w:r>
    </w:p>
    <w:p w14:paraId="1780B5DB" w14:textId="03BCA0FC" w:rsidR="00455CD6" w:rsidRDefault="00455CD6" w:rsidP="00455CD6">
      <w:pPr>
        <w:pStyle w:val="NormalWeb"/>
        <w:numPr>
          <w:ilvl w:val="0"/>
          <w:numId w:val="10"/>
        </w:numPr>
        <w:spacing w:before="0" w:beforeAutospacing="0" w:after="0" w:afterAutospacing="0"/>
        <w:rPr>
          <w:rFonts w:ascii="Georgia" w:hAnsi="Georgia"/>
          <w:b/>
          <w:bCs/>
          <w:sz w:val="20"/>
          <w:szCs w:val="20"/>
        </w:rPr>
      </w:pPr>
      <w:r>
        <w:rPr>
          <w:rFonts w:ascii="Georgia" w:hAnsi="Georgia"/>
          <w:b/>
          <w:bCs/>
          <w:sz w:val="20"/>
          <w:szCs w:val="20"/>
        </w:rPr>
        <w:t>Website &amp; social media recognition</w:t>
      </w:r>
    </w:p>
    <w:p w14:paraId="0B223CFA" w14:textId="1D2C2B3C" w:rsidR="003C348F" w:rsidRDefault="003C348F" w:rsidP="00455CD6">
      <w:pPr>
        <w:pStyle w:val="NormalWeb"/>
        <w:numPr>
          <w:ilvl w:val="0"/>
          <w:numId w:val="10"/>
        </w:numPr>
        <w:spacing w:before="0" w:beforeAutospacing="0" w:after="0" w:afterAutospacing="0"/>
        <w:rPr>
          <w:rFonts w:ascii="Georgia" w:hAnsi="Georgia"/>
          <w:b/>
          <w:bCs/>
          <w:sz w:val="20"/>
          <w:szCs w:val="20"/>
        </w:rPr>
      </w:pPr>
      <w:r>
        <w:rPr>
          <w:rFonts w:ascii="Georgia" w:hAnsi="Georgia"/>
          <w:b/>
          <w:bCs/>
          <w:sz w:val="20"/>
          <w:szCs w:val="20"/>
        </w:rPr>
        <w:t>Recognition on event map</w:t>
      </w:r>
    </w:p>
    <w:p w14:paraId="0AC6BE42" w14:textId="1959755F" w:rsidR="00E80157" w:rsidRDefault="00E80157" w:rsidP="00455CD6">
      <w:pPr>
        <w:pStyle w:val="NormalWeb"/>
        <w:numPr>
          <w:ilvl w:val="0"/>
          <w:numId w:val="10"/>
        </w:numPr>
        <w:spacing w:before="0" w:beforeAutospacing="0" w:after="0" w:afterAutospacing="0"/>
        <w:rPr>
          <w:rFonts w:ascii="Georgia" w:hAnsi="Georgia"/>
          <w:b/>
          <w:bCs/>
          <w:sz w:val="20"/>
          <w:szCs w:val="20"/>
        </w:rPr>
      </w:pPr>
      <w:r>
        <w:rPr>
          <w:rFonts w:ascii="Georgia" w:hAnsi="Georgia"/>
          <w:b/>
          <w:bCs/>
          <w:sz w:val="20"/>
          <w:szCs w:val="20"/>
        </w:rPr>
        <w:t>20 admission tickets</w:t>
      </w:r>
    </w:p>
    <w:p w14:paraId="2CCAF140" w14:textId="6E3CC039" w:rsidR="00B34502" w:rsidRDefault="00B34502" w:rsidP="00DD3243">
      <w:pPr>
        <w:pStyle w:val="NormalWeb"/>
        <w:numPr>
          <w:ilvl w:val="0"/>
          <w:numId w:val="10"/>
        </w:numPr>
        <w:spacing w:after="0" w:afterAutospacing="0"/>
        <w:rPr>
          <w:rFonts w:ascii="Georgia" w:hAnsi="Georgia"/>
          <w:b/>
          <w:bCs/>
          <w:sz w:val="20"/>
          <w:szCs w:val="20"/>
        </w:rPr>
      </w:pPr>
      <w:r>
        <w:rPr>
          <w:rFonts w:ascii="Georgia" w:hAnsi="Georgia"/>
          <w:b/>
          <w:bCs/>
          <w:sz w:val="20"/>
          <w:szCs w:val="20"/>
        </w:rPr>
        <w:t>2 reserved parking spots</w:t>
      </w:r>
    </w:p>
    <w:p w14:paraId="6E02AF57" w14:textId="79D6413E" w:rsidR="00455CD6" w:rsidRPr="00DD3243" w:rsidRDefault="00E80157" w:rsidP="00DD3243">
      <w:pPr>
        <w:pStyle w:val="NormalWeb"/>
        <w:numPr>
          <w:ilvl w:val="0"/>
          <w:numId w:val="10"/>
        </w:numPr>
        <w:spacing w:after="0" w:afterAutospacing="0"/>
        <w:rPr>
          <w:rFonts w:ascii="Georgia" w:hAnsi="Georgia"/>
          <w:b/>
          <w:bCs/>
          <w:sz w:val="20"/>
          <w:szCs w:val="20"/>
        </w:rPr>
      </w:pPr>
      <w:r>
        <w:rPr>
          <w:rFonts w:ascii="Georgia" w:hAnsi="Georgia"/>
          <w:b/>
          <w:bCs/>
          <w:sz w:val="20"/>
          <w:szCs w:val="20"/>
        </w:rPr>
        <w:t xml:space="preserve">12x12 Booth Space </w:t>
      </w:r>
    </w:p>
    <w:bookmarkEnd w:id="1"/>
    <w:p w14:paraId="7801EF65" w14:textId="05F112D4" w:rsidR="00455CD6" w:rsidRDefault="00000000" w:rsidP="00DC7592">
      <w:pPr>
        <w:pStyle w:val="NormalWeb"/>
        <w:spacing w:before="0" w:beforeAutospacing="0" w:after="0" w:afterAutospacing="0"/>
        <w:rPr>
          <w:rFonts w:ascii="Georgia" w:hAnsi="Georgia"/>
          <w:b/>
          <w:bCs/>
          <w:sz w:val="20"/>
          <w:szCs w:val="20"/>
        </w:rPr>
      </w:pPr>
      <w:sdt>
        <w:sdtPr>
          <w:rPr>
            <w:rFonts w:ascii="Georgia" w:hAnsi="Georgia"/>
            <w:sz w:val="28"/>
            <w:szCs w:val="28"/>
          </w:rPr>
          <w:id w:val="-33545611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C348F">
            <w:rPr>
              <w:rFonts w:ascii="MS Gothic" w:eastAsia="MS Gothic" w:hAnsi="MS Gothic" w:hint="eastAsia"/>
              <w:sz w:val="28"/>
              <w:szCs w:val="28"/>
            </w:rPr>
            <w:t>☐</w:t>
          </w:r>
        </w:sdtContent>
      </w:sdt>
      <w:r w:rsidR="00DD740B" w:rsidRPr="009C47B4">
        <w:rPr>
          <w:rFonts w:ascii="Georgia" w:hAnsi="Georgia"/>
          <w:sz w:val="28"/>
          <w:szCs w:val="28"/>
        </w:rPr>
        <w:t xml:space="preserve"> </w:t>
      </w:r>
      <w:r w:rsidR="00ED1011">
        <w:rPr>
          <w:rFonts w:ascii="Georgia" w:hAnsi="Georgia"/>
          <w:b/>
          <w:bCs/>
          <w:sz w:val="28"/>
          <w:szCs w:val="28"/>
        </w:rPr>
        <w:t>Canopy</w:t>
      </w:r>
      <w:r w:rsidR="00A41494" w:rsidRPr="009C47B4">
        <w:rPr>
          <w:rFonts w:ascii="Georgia" w:hAnsi="Georgia"/>
          <w:b/>
          <w:bCs/>
          <w:sz w:val="28"/>
          <w:szCs w:val="28"/>
        </w:rPr>
        <w:t xml:space="preserve"> </w:t>
      </w:r>
      <w:r w:rsidR="00ED1011">
        <w:rPr>
          <w:rFonts w:ascii="Georgia" w:hAnsi="Georgia"/>
          <w:b/>
          <w:bCs/>
          <w:sz w:val="28"/>
          <w:szCs w:val="28"/>
        </w:rPr>
        <w:t>Patron</w:t>
      </w:r>
      <w:r w:rsidR="00DD740B" w:rsidRPr="009C47B4">
        <w:rPr>
          <w:rFonts w:ascii="Georgia" w:hAnsi="Georgia"/>
          <w:b/>
          <w:bCs/>
          <w:sz w:val="28"/>
          <w:szCs w:val="28"/>
        </w:rPr>
        <w:t xml:space="preserve"> - $</w:t>
      </w:r>
      <w:r w:rsidR="00DC7592">
        <w:rPr>
          <w:rFonts w:ascii="Georgia" w:hAnsi="Georgia"/>
          <w:b/>
          <w:bCs/>
          <w:sz w:val="28"/>
          <w:szCs w:val="28"/>
        </w:rPr>
        <w:t>1,000</w:t>
      </w:r>
    </w:p>
    <w:p w14:paraId="448F51F8" w14:textId="3942DB0D" w:rsidR="00455CD6" w:rsidRDefault="00455CD6" w:rsidP="00455CD6">
      <w:pPr>
        <w:pStyle w:val="NormalWeb"/>
        <w:numPr>
          <w:ilvl w:val="0"/>
          <w:numId w:val="10"/>
        </w:numPr>
        <w:spacing w:before="0" w:beforeAutospacing="0" w:after="0" w:afterAutospacing="0"/>
        <w:rPr>
          <w:rFonts w:ascii="Georgia" w:hAnsi="Georgia"/>
          <w:b/>
          <w:bCs/>
          <w:sz w:val="20"/>
          <w:szCs w:val="20"/>
        </w:rPr>
      </w:pPr>
      <w:bookmarkStart w:id="2" w:name="_Hlk209469744"/>
      <w:r>
        <w:rPr>
          <w:rFonts w:ascii="Georgia" w:hAnsi="Georgia"/>
          <w:b/>
          <w:bCs/>
          <w:sz w:val="20"/>
          <w:szCs w:val="20"/>
        </w:rPr>
        <w:t>Name/Logo on shared sponsor banner</w:t>
      </w:r>
    </w:p>
    <w:p w14:paraId="287A46EB" w14:textId="17256DB8" w:rsidR="00455CD6" w:rsidRDefault="00455CD6" w:rsidP="00455CD6">
      <w:pPr>
        <w:pStyle w:val="NormalWeb"/>
        <w:numPr>
          <w:ilvl w:val="0"/>
          <w:numId w:val="10"/>
        </w:numPr>
        <w:spacing w:before="0" w:beforeAutospacing="0" w:after="0" w:afterAutospacing="0"/>
        <w:rPr>
          <w:rFonts w:ascii="Georgia" w:hAnsi="Georgia"/>
          <w:b/>
          <w:bCs/>
          <w:sz w:val="20"/>
          <w:szCs w:val="20"/>
        </w:rPr>
      </w:pPr>
      <w:r>
        <w:rPr>
          <w:rFonts w:ascii="Georgia" w:hAnsi="Georgia"/>
          <w:b/>
          <w:bCs/>
          <w:sz w:val="20"/>
          <w:szCs w:val="20"/>
        </w:rPr>
        <w:t>Website &amp; social media recognition</w:t>
      </w:r>
    </w:p>
    <w:p w14:paraId="41BFE7AA" w14:textId="2A2F1F37" w:rsidR="003C348F" w:rsidRDefault="003C348F" w:rsidP="00455CD6">
      <w:pPr>
        <w:pStyle w:val="NormalWeb"/>
        <w:numPr>
          <w:ilvl w:val="0"/>
          <w:numId w:val="10"/>
        </w:numPr>
        <w:spacing w:before="0" w:beforeAutospacing="0" w:after="0" w:afterAutospacing="0"/>
        <w:rPr>
          <w:rFonts w:ascii="Georgia" w:hAnsi="Georgia"/>
          <w:b/>
          <w:bCs/>
          <w:sz w:val="20"/>
          <w:szCs w:val="20"/>
        </w:rPr>
      </w:pPr>
      <w:r>
        <w:rPr>
          <w:rFonts w:ascii="Georgia" w:hAnsi="Georgia"/>
          <w:b/>
          <w:bCs/>
          <w:sz w:val="20"/>
          <w:szCs w:val="20"/>
        </w:rPr>
        <w:t>Recognition on event map</w:t>
      </w:r>
    </w:p>
    <w:p w14:paraId="7D49E3C2" w14:textId="56DAA9B7" w:rsidR="00455CD6" w:rsidRDefault="00455CD6" w:rsidP="00455CD6">
      <w:pPr>
        <w:pStyle w:val="NormalWeb"/>
        <w:numPr>
          <w:ilvl w:val="0"/>
          <w:numId w:val="10"/>
        </w:numPr>
        <w:spacing w:before="0" w:beforeAutospacing="0" w:after="0" w:afterAutospacing="0"/>
        <w:rPr>
          <w:rFonts w:ascii="Georgia" w:hAnsi="Georgia"/>
          <w:b/>
          <w:bCs/>
          <w:sz w:val="20"/>
          <w:szCs w:val="20"/>
        </w:rPr>
      </w:pPr>
      <w:r>
        <w:rPr>
          <w:rFonts w:ascii="Georgia" w:hAnsi="Georgia"/>
          <w:b/>
          <w:bCs/>
          <w:sz w:val="20"/>
          <w:szCs w:val="20"/>
        </w:rPr>
        <w:t>10 admission tickets</w:t>
      </w:r>
      <w:bookmarkEnd w:id="2"/>
    </w:p>
    <w:p w14:paraId="5E583DAB" w14:textId="67687493" w:rsidR="00DD3243" w:rsidRPr="00DD3243" w:rsidRDefault="00455CD6" w:rsidP="00DD3243">
      <w:pPr>
        <w:pStyle w:val="NormalWeb"/>
        <w:numPr>
          <w:ilvl w:val="0"/>
          <w:numId w:val="10"/>
        </w:numPr>
        <w:spacing w:after="0" w:afterAutospacing="0"/>
        <w:rPr>
          <w:rFonts w:ascii="Georgia" w:hAnsi="Georgia"/>
          <w:b/>
          <w:bCs/>
          <w:sz w:val="20"/>
          <w:szCs w:val="20"/>
        </w:rPr>
      </w:pPr>
      <w:r>
        <w:rPr>
          <w:rFonts w:ascii="Georgia" w:hAnsi="Georgia"/>
          <w:b/>
          <w:bCs/>
          <w:sz w:val="20"/>
          <w:szCs w:val="20"/>
        </w:rPr>
        <w:t xml:space="preserve">12x12 Booth Space </w:t>
      </w:r>
    </w:p>
    <w:bookmarkStart w:id="3" w:name="_Hlk209470344"/>
    <w:bookmarkStart w:id="4" w:name="_Hlk209470286"/>
    <w:p w14:paraId="67EFC1EB" w14:textId="4939CF76" w:rsidR="003C348F" w:rsidRDefault="00000000" w:rsidP="00DD3243">
      <w:pPr>
        <w:pStyle w:val="NormalWeb"/>
        <w:spacing w:before="0" w:beforeAutospacing="0" w:after="0" w:afterAutospacing="0"/>
        <w:rPr>
          <w:rFonts w:ascii="Georgia" w:hAnsi="Georgia"/>
          <w:b/>
          <w:bCs/>
          <w:sz w:val="28"/>
          <w:szCs w:val="28"/>
        </w:rPr>
      </w:pPr>
      <w:sdt>
        <w:sdtPr>
          <w:rPr>
            <w:rFonts w:ascii="Georgia" w:hAnsi="Georgia"/>
            <w:sz w:val="28"/>
            <w:szCs w:val="28"/>
          </w:rPr>
          <w:id w:val="13330426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D3243">
            <w:rPr>
              <w:rFonts w:ascii="MS Gothic" w:eastAsia="MS Gothic" w:hAnsi="MS Gothic" w:hint="eastAsia"/>
              <w:sz w:val="28"/>
              <w:szCs w:val="28"/>
            </w:rPr>
            <w:t>☐</w:t>
          </w:r>
        </w:sdtContent>
      </w:sdt>
      <w:bookmarkEnd w:id="3"/>
      <w:r w:rsidR="00DD740B" w:rsidRPr="009C47B4">
        <w:rPr>
          <w:rFonts w:ascii="Georgia" w:hAnsi="Georgia"/>
          <w:sz w:val="28"/>
          <w:szCs w:val="28"/>
        </w:rPr>
        <w:t xml:space="preserve"> </w:t>
      </w:r>
      <w:r w:rsidR="00ED1011">
        <w:rPr>
          <w:rFonts w:ascii="Georgia" w:hAnsi="Georgia"/>
          <w:b/>
          <w:bCs/>
          <w:sz w:val="28"/>
          <w:szCs w:val="28"/>
        </w:rPr>
        <w:t xml:space="preserve">Rooted </w:t>
      </w:r>
      <w:bookmarkEnd w:id="4"/>
      <w:r w:rsidR="00ED1011">
        <w:rPr>
          <w:rFonts w:ascii="Georgia" w:hAnsi="Georgia"/>
          <w:b/>
          <w:bCs/>
          <w:sz w:val="28"/>
          <w:szCs w:val="28"/>
        </w:rPr>
        <w:t>Ally</w:t>
      </w:r>
      <w:r w:rsidR="00247B19">
        <w:rPr>
          <w:rFonts w:ascii="Georgia" w:hAnsi="Georgia"/>
          <w:b/>
          <w:bCs/>
          <w:sz w:val="28"/>
          <w:szCs w:val="28"/>
        </w:rPr>
        <w:t xml:space="preserve"> </w:t>
      </w:r>
      <w:r w:rsidR="00DD740B" w:rsidRPr="009C47B4">
        <w:rPr>
          <w:rFonts w:ascii="Georgia" w:hAnsi="Georgia"/>
          <w:b/>
          <w:bCs/>
          <w:sz w:val="28"/>
          <w:szCs w:val="28"/>
        </w:rPr>
        <w:t>- $</w:t>
      </w:r>
      <w:r w:rsidR="00906CC0" w:rsidRPr="009C47B4">
        <w:rPr>
          <w:rFonts w:ascii="Georgia" w:hAnsi="Georgia"/>
          <w:b/>
          <w:bCs/>
          <w:sz w:val="28"/>
          <w:szCs w:val="28"/>
        </w:rPr>
        <w:t>5</w:t>
      </w:r>
      <w:r w:rsidR="00E80157">
        <w:rPr>
          <w:rFonts w:ascii="Georgia" w:hAnsi="Georgia"/>
          <w:b/>
          <w:bCs/>
          <w:sz w:val="28"/>
          <w:szCs w:val="28"/>
        </w:rPr>
        <w:t>0</w:t>
      </w:r>
      <w:r w:rsidR="00DD740B" w:rsidRPr="009C47B4">
        <w:rPr>
          <w:rFonts w:ascii="Georgia" w:hAnsi="Georgia"/>
          <w:b/>
          <w:bCs/>
          <w:sz w:val="28"/>
          <w:szCs w:val="28"/>
        </w:rPr>
        <w:t>0</w:t>
      </w:r>
    </w:p>
    <w:p w14:paraId="08871419" w14:textId="0B1F0DE9" w:rsidR="003C348F" w:rsidRPr="00DD3243" w:rsidRDefault="003C348F" w:rsidP="00DD3243">
      <w:pPr>
        <w:pStyle w:val="NormalWeb"/>
        <w:numPr>
          <w:ilvl w:val="0"/>
          <w:numId w:val="13"/>
        </w:numPr>
        <w:spacing w:before="0" w:beforeAutospacing="0" w:after="0" w:afterAutospacing="0"/>
        <w:rPr>
          <w:b/>
          <w:bCs/>
          <w:sz w:val="28"/>
          <w:szCs w:val="28"/>
        </w:rPr>
      </w:pPr>
      <w:bookmarkStart w:id="5" w:name="_Hlk209470684"/>
      <w:bookmarkStart w:id="6" w:name="_Hlk209470523"/>
      <w:r w:rsidRPr="00DD3243">
        <w:rPr>
          <w:rFonts w:ascii="Georgia" w:hAnsi="Georgia"/>
          <w:b/>
          <w:bCs/>
          <w:sz w:val="20"/>
          <w:szCs w:val="20"/>
        </w:rPr>
        <w:t>Name /Logo on shared sponsor banner</w:t>
      </w:r>
    </w:p>
    <w:p w14:paraId="353E057B" w14:textId="77777777" w:rsidR="003C348F" w:rsidRPr="00DD3243" w:rsidRDefault="003C348F" w:rsidP="00DD3243">
      <w:pPr>
        <w:pStyle w:val="NormalWeb"/>
        <w:numPr>
          <w:ilvl w:val="0"/>
          <w:numId w:val="13"/>
        </w:numPr>
        <w:spacing w:before="0" w:beforeAutospacing="0"/>
        <w:rPr>
          <w:b/>
          <w:bCs/>
          <w:sz w:val="28"/>
          <w:szCs w:val="28"/>
        </w:rPr>
      </w:pPr>
      <w:r w:rsidRPr="00DD3243">
        <w:rPr>
          <w:rFonts w:ascii="Georgia" w:hAnsi="Georgia"/>
          <w:b/>
          <w:bCs/>
          <w:sz w:val="20"/>
          <w:szCs w:val="20"/>
        </w:rPr>
        <w:t>Website &amp; social media recognition</w:t>
      </w:r>
    </w:p>
    <w:p w14:paraId="775DDD2D" w14:textId="663637F8" w:rsidR="003C348F" w:rsidRPr="00DD3243" w:rsidRDefault="003C348F" w:rsidP="003C348F">
      <w:pPr>
        <w:pStyle w:val="NormalWeb"/>
        <w:numPr>
          <w:ilvl w:val="0"/>
          <w:numId w:val="13"/>
        </w:numPr>
        <w:spacing w:before="0" w:beforeAutospacing="0" w:after="0" w:afterAutospacing="0"/>
        <w:rPr>
          <w:b/>
          <w:bCs/>
          <w:sz w:val="28"/>
          <w:szCs w:val="28"/>
        </w:rPr>
      </w:pPr>
      <w:r w:rsidRPr="00DD3243">
        <w:rPr>
          <w:rFonts w:ascii="Georgia" w:hAnsi="Georgia"/>
          <w:b/>
          <w:bCs/>
          <w:sz w:val="20"/>
          <w:szCs w:val="20"/>
        </w:rPr>
        <w:t>Recognition on event map</w:t>
      </w:r>
    </w:p>
    <w:p w14:paraId="1D6A9C32" w14:textId="10018655" w:rsidR="003C348F" w:rsidRPr="003C348F" w:rsidRDefault="003C348F" w:rsidP="003C348F">
      <w:pPr>
        <w:pStyle w:val="NormalWeb"/>
        <w:numPr>
          <w:ilvl w:val="0"/>
          <w:numId w:val="13"/>
        </w:numPr>
        <w:spacing w:before="0" w:beforeAutospacing="0" w:after="0" w:afterAutospacing="0"/>
        <w:rPr>
          <w:sz w:val="28"/>
          <w:szCs w:val="28"/>
        </w:rPr>
      </w:pPr>
      <w:r w:rsidRPr="00DD3243">
        <w:rPr>
          <w:rFonts w:ascii="Georgia" w:hAnsi="Georgia"/>
          <w:b/>
          <w:bCs/>
          <w:sz w:val="20"/>
          <w:szCs w:val="20"/>
        </w:rPr>
        <w:t>5 admission ticket</w:t>
      </w:r>
      <w:r w:rsidR="00DD3243" w:rsidRPr="00DD3243">
        <w:rPr>
          <w:rFonts w:ascii="Georgia" w:hAnsi="Georgia"/>
          <w:b/>
          <w:bCs/>
          <w:sz w:val="20"/>
          <w:szCs w:val="20"/>
        </w:rPr>
        <w:t>s</w:t>
      </w:r>
      <w:bookmarkEnd w:id="5"/>
    </w:p>
    <w:bookmarkEnd w:id="6"/>
    <w:p w14:paraId="11B1F17F" w14:textId="36C34226" w:rsidR="00DD3243" w:rsidRDefault="00000000" w:rsidP="00DD3243">
      <w:pPr>
        <w:pStyle w:val="NormalWeb"/>
        <w:spacing w:before="0" w:beforeAutospacing="0" w:after="0" w:afterAutospacing="0"/>
        <w:rPr>
          <w:rFonts w:ascii="Georgia" w:hAnsi="Georgia"/>
          <w:b/>
          <w:bCs/>
          <w:sz w:val="28"/>
          <w:szCs w:val="28"/>
        </w:rPr>
      </w:pPr>
      <w:sdt>
        <w:sdtPr>
          <w:rPr>
            <w:rFonts w:ascii="Georgia" w:hAnsi="Georgia"/>
            <w:sz w:val="28"/>
            <w:szCs w:val="28"/>
          </w:rPr>
          <w:id w:val="-85556701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D1011">
            <w:rPr>
              <w:rFonts w:ascii="MS Gothic" w:eastAsia="MS Gothic" w:hAnsi="MS Gothic" w:hint="eastAsia"/>
              <w:sz w:val="28"/>
              <w:szCs w:val="28"/>
            </w:rPr>
            <w:t>☐</w:t>
          </w:r>
        </w:sdtContent>
      </w:sdt>
      <w:r w:rsidR="00DD3243" w:rsidRPr="009C47B4">
        <w:rPr>
          <w:rFonts w:ascii="Georgia" w:hAnsi="Georgia"/>
          <w:b/>
          <w:bCs/>
          <w:sz w:val="28"/>
          <w:szCs w:val="28"/>
        </w:rPr>
        <w:t xml:space="preserve"> </w:t>
      </w:r>
      <w:r w:rsidR="00ED1011">
        <w:rPr>
          <w:rFonts w:ascii="Georgia" w:hAnsi="Georgia"/>
          <w:b/>
          <w:bCs/>
          <w:sz w:val="28"/>
          <w:szCs w:val="28"/>
        </w:rPr>
        <w:t>Sapling Partner</w:t>
      </w:r>
      <w:r w:rsidR="00DD740B" w:rsidRPr="009C47B4">
        <w:rPr>
          <w:rFonts w:ascii="Georgia" w:hAnsi="Georgia"/>
          <w:b/>
          <w:bCs/>
          <w:sz w:val="28"/>
          <w:szCs w:val="28"/>
        </w:rPr>
        <w:t xml:space="preserve"> - $</w:t>
      </w:r>
      <w:r w:rsidR="00D40BDE">
        <w:rPr>
          <w:rFonts w:ascii="Georgia" w:hAnsi="Georgia"/>
          <w:b/>
          <w:bCs/>
          <w:sz w:val="28"/>
          <w:szCs w:val="28"/>
        </w:rPr>
        <w:t>25</w:t>
      </w:r>
      <w:r w:rsidR="00DD740B" w:rsidRPr="009C47B4">
        <w:rPr>
          <w:rFonts w:ascii="Georgia" w:hAnsi="Georgia"/>
          <w:b/>
          <w:bCs/>
          <w:sz w:val="28"/>
          <w:szCs w:val="28"/>
        </w:rPr>
        <w:t>0</w:t>
      </w:r>
    </w:p>
    <w:p w14:paraId="76FE834D" w14:textId="24E74340" w:rsidR="004D0767" w:rsidRPr="00DD3243" w:rsidRDefault="004D0767" w:rsidP="004D0767">
      <w:pPr>
        <w:pStyle w:val="NormalWeb"/>
        <w:numPr>
          <w:ilvl w:val="0"/>
          <w:numId w:val="13"/>
        </w:numPr>
        <w:spacing w:before="0" w:beforeAutospacing="0" w:after="0" w:afterAutospacing="0"/>
        <w:rPr>
          <w:b/>
          <w:bCs/>
          <w:sz w:val="28"/>
          <w:szCs w:val="28"/>
        </w:rPr>
      </w:pPr>
      <w:bookmarkStart w:id="7" w:name="_Hlk209606506"/>
      <w:r w:rsidRPr="00DD3243">
        <w:rPr>
          <w:rFonts w:ascii="Georgia" w:hAnsi="Georgia"/>
          <w:b/>
          <w:bCs/>
          <w:sz w:val="20"/>
          <w:szCs w:val="20"/>
        </w:rPr>
        <w:t>Name /Logo on shared sponsor banner</w:t>
      </w:r>
    </w:p>
    <w:p w14:paraId="29469F21" w14:textId="0C340E7E" w:rsidR="00DD3243" w:rsidRPr="00DD3243" w:rsidRDefault="00DD3243" w:rsidP="00DD3243">
      <w:pPr>
        <w:pStyle w:val="NormalWeb"/>
        <w:numPr>
          <w:ilvl w:val="0"/>
          <w:numId w:val="13"/>
        </w:numPr>
        <w:spacing w:before="0" w:beforeAutospacing="0" w:after="0" w:afterAutospacing="0"/>
        <w:rPr>
          <w:b/>
          <w:bCs/>
          <w:sz w:val="28"/>
          <w:szCs w:val="28"/>
        </w:rPr>
      </w:pPr>
      <w:r w:rsidRPr="00DD3243">
        <w:rPr>
          <w:rFonts w:ascii="Georgia" w:hAnsi="Georgia"/>
          <w:b/>
          <w:bCs/>
          <w:sz w:val="20"/>
          <w:szCs w:val="20"/>
        </w:rPr>
        <w:t>Website &amp; social media recognition</w:t>
      </w:r>
    </w:p>
    <w:p w14:paraId="15538504" w14:textId="6A30929A" w:rsidR="00DD3243" w:rsidRPr="00DC7592" w:rsidRDefault="00DD3243" w:rsidP="00DD3243">
      <w:pPr>
        <w:pStyle w:val="NormalWeb"/>
        <w:numPr>
          <w:ilvl w:val="0"/>
          <w:numId w:val="13"/>
        </w:numPr>
        <w:spacing w:before="0" w:beforeAutospacing="0" w:after="0" w:afterAutospacing="0"/>
        <w:rPr>
          <w:b/>
          <w:bCs/>
          <w:sz w:val="28"/>
          <w:szCs w:val="28"/>
        </w:rPr>
      </w:pPr>
      <w:r w:rsidRPr="00DD3243">
        <w:rPr>
          <w:rFonts w:ascii="Georgia" w:hAnsi="Georgia"/>
          <w:b/>
          <w:bCs/>
          <w:sz w:val="20"/>
          <w:szCs w:val="20"/>
        </w:rPr>
        <w:t>Recognition on event map</w:t>
      </w:r>
    </w:p>
    <w:p w14:paraId="49C3526C" w14:textId="749F45F8" w:rsidR="00DC7592" w:rsidRPr="003C348F" w:rsidRDefault="00DC7592" w:rsidP="00DC7592">
      <w:pPr>
        <w:pStyle w:val="NormalWeb"/>
        <w:numPr>
          <w:ilvl w:val="0"/>
          <w:numId w:val="13"/>
        </w:numPr>
        <w:spacing w:before="0" w:beforeAutospacing="0" w:after="0" w:afterAutospacing="0"/>
        <w:rPr>
          <w:sz w:val="28"/>
          <w:szCs w:val="28"/>
        </w:rPr>
      </w:pPr>
      <w:r>
        <w:rPr>
          <w:rFonts w:ascii="Georgia" w:hAnsi="Georgia"/>
          <w:b/>
          <w:bCs/>
          <w:sz w:val="20"/>
          <w:szCs w:val="20"/>
        </w:rPr>
        <w:t>2</w:t>
      </w:r>
      <w:r w:rsidRPr="00DD3243">
        <w:rPr>
          <w:rFonts w:ascii="Georgia" w:hAnsi="Georgia"/>
          <w:b/>
          <w:bCs/>
          <w:sz w:val="20"/>
          <w:szCs w:val="20"/>
        </w:rPr>
        <w:t xml:space="preserve"> admission tickets</w:t>
      </w:r>
    </w:p>
    <w:bookmarkEnd w:id="7"/>
    <w:p w14:paraId="03A2EC3D" w14:textId="25BEC2DB" w:rsidR="00766167" w:rsidRDefault="00000000" w:rsidP="00766167">
      <w:pPr>
        <w:pStyle w:val="NormalWeb"/>
        <w:spacing w:before="0" w:beforeAutospacing="0" w:after="0" w:afterAutospacing="0"/>
        <w:rPr>
          <w:b/>
          <w:bCs/>
          <w:sz w:val="28"/>
          <w:szCs w:val="28"/>
        </w:rPr>
      </w:pPr>
      <w:sdt>
        <w:sdtPr>
          <w:rPr>
            <w:rFonts w:ascii="Georgia" w:hAnsi="Georgia"/>
            <w:sz w:val="28"/>
            <w:szCs w:val="28"/>
          </w:rPr>
          <w:id w:val="174013140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66167">
            <w:rPr>
              <w:rFonts w:ascii="MS Gothic" w:eastAsia="MS Gothic" w:hAnsi="MS Gothic" w:hint="eastAsia"/>
              <w:sz w:val="28"/>
              <w:szCs w:val="28"/>
            </w:rPr>
            <w:t>☐</w:t>
          </w:r>
        </w:sdtContent>
      </w:sdt>
      <w:r w:rsidR="00DD740B" w:rsidRPr="009C47B4">
        <w:rPr>
          <w:rFonts w:ascii="Georgia" w:hAnsi="Georgia"/>
          <w:sz w:val="28"/>
          <w:szCs w:val="28"/>
        </w:rPr>
        <w:t xml:space="preserve"> </w:t>
      </w:r>
      <w:r w:rsidR="00ED1011">
        <w:rPr>
          <w:rFonts w:ascii="Georgia" w:hAnsi="Georgia"/>
          <w:b/>
          <w:bCs/>
          <w:sz w:val="28"/>
          <w:szCs w:val="28"/>
        </w:rPr>
        <w:t>Acorn of Tradition</w:t>
      </w:r>
      <w:r w:rsidR="00247B19">
        <w:rPr>
          <w:rFonts w:ascii="Georgia" w:hAnsi="Georgia"/>
          <w:b/>
          <w:bCs/>
          <w:sz w:val="28"/>
          <w:szCs w:val="28"/>
        </w:rPr>
        <w:t xml:space="preserve"> - </w:t>
      </w:r>
      <w:r w:rsidR="00ED1011" w:rsidRPr="009C47B4">
        <w:rPr>
          <w:rFonts w:ascii="Georgia" w:hAnsi="Georgia"/>
          <w:b/>
          <w:bCs/>
          <w:sz w:val="28"/>
          <w:szCs w:val="28"/>
        </w:rPr>
        <w:t>$</w:t>
      </w:r>
      <w:r w:rsidR="00ED1011">
        <w:rPr>
          <w:b/>
          <w:bCs/>
          <w:sz w:val="28"/>
          <w:szCs w:val="28"/>
        </w:rPr>
        <w:t>100</w:t>
      </w:r>
    </w:p>
    <w:p w14:paraId="2A9F7571" w14:textId="1A67A4D9" w:rsidR="00DC7592" w:rsidRPr="00711B11" w:rsidRDefault="00711B11" w:rsidP="00711B11">
      <w:pPr>
        <w:pStyle w:val="NormalWeb"/>
        <w:numPr>
          <w:ilvl w:val="0"/>
          <w:numId w:val="16"/>
        </w:numPr>
        <w:spacing w:before="0" w:beforeAutospacing="0" w:after="0" w:afterAutospacing="0"/>
        <w:rPr>
          <w:rFonts w:ascii="Georgia" w:hAnsi="Georgia"/>
          <w:b/>
          <w:bCs/>
          <w:sz w:val="20"/>
          <w:szCs w:val="20"/>
        </w:rPr>
      </w:pPr>
      <w:r w:rsidRPr="00711B11">
        <w:rPr>
          <w:rFonts w:ascii="Georgia" w:hAnsi="Georgia"/>
          <w:b/>
          <w:bCs/>
          <w:sz w:val="20"/>
          <w:szCs w:val="20"/>
        </w:rPr>
        <w:t>2 admission tickets</w:t>
      </w:r>
    </w:p>
    <w:p w14:paraId="69BCE6A9" w14:textId="2BBDB084" w:rsidR="00430223" w:rsidRDefault="00000000" w:rsidP="00430223">
      <w:pPr>
        <w:pStyle w:val="NormalWeb"/>
        <w:spacing w:before="0" w:beforeAutospacing="0" w:after="0" w:afterAutospacing="0"/>
        <w:rPr>
          <w:b/>
          <w:bCs/>
          <w:sz w:val="28"/>
          <w:szCs w:val="28"/>
        </w:rPr>
      </w:pPr>
      <w:sdt>
        <w:sdtPr>
          <w:rPr>
            <w:rFonts w:ascii="Georgia" w:hAnsi="Georgia"/>
            <w:sz w:val="28"/>
            <w:szCs w:val="28"/>
          </w:rPr>
          <w:id w:val="67862488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30223">
            <w:rPr>
              <w:rFonts w:ascii="MS Gothic" w:eastAsia="MS Gothic" w:hAnsi="MS Gothic" w:hint="eastAsia"/>
              <w:sz w:val="28"/>
              <w:szCs w:val="28"/>
            </w:rPr>
            <w:t>☐</w:t>
          </w:r>
        </w:sdtContent>
      </w:sdt>
      <w:r w:rsidR="00430223" w:rsidRPr="009C47B4">
        <w:rPr>
          <w:rFonts w:ascii="Georgia" w:hAnsi="Georgia"/>
          <w:sz w:val="28"/>
          <w:szCs w:val="28"/>
        </w:rPr>
        <w:t xml:space="preserve"> </w:t>
      </w:r>
      <w:r w:rsidR="00430223">
        <w:rPr>
          <w:rFonts w:ascii="Georgia" w:hAnsi="Georgia"/>
          <w:b/>
          <w:bCs/>
          <w:sz w:val="28"/>
          <w:szCs w:val="28"/>
        </w:rPr>
        <w:t xml:space="preserve">Custom Sponsor </w:t>
      </w:r>
      <w:r w:rsidR="00430223" w:rsidRPr="009C47B4">
        <w:rPr>
          <w:rFonts w:ascii="Georgia" w:hAnsi="Georgia"/>
          <w:b/>
          <w:bCs/>
          <w:sz w:val="28"/>
          <w:szCs w:val="28"/>
        </w:rPr>
        <w:t>$</w:t>
      </w:r>
      <w:r w:rsidR="00430223">
        <w:rPr>
          <w:rFonts w:ascii="Georgia" w:hAnsi="Georgia"/>
          <w:b/>
          <w:bCs/>
          <w:sz w:val="28"/>
          <w:szCs w:val="28"/>
        </w:rPr>
        <w:t>_______</w:t>
      </w:r>
    </w:p>
    <w:p w14:paraId="5286B0CD" w14:textId="77777777" w:rsidR="00430223" w:rsidRPr="00DD3243" w:rsidRDefault="00430223" w:rsidP="00430223">
      <w:pPr>
        <w:pStyle w:val="NormalWeb"/>
        <w:spacing w:before="0" w:beforeAutospacing="0" w:after="0" w:afterAutospacing="0"/>
        <w:rPr>
          <w:b/>
          <w:bCs/>
          <w:sz w:val="28"/>
          <w:szCs w:val="28"/>
        </w:rPr>
      </w:pPr>
    </w:p>
    <w:p w14:paraId="154B4C29" w14:textId="259D255B" w:rsidR="00CA6061" w:rsidRDefault="00CA6061" w:rsidP="00D40BDE">
      <w:pPr>
        <w:pStyle w:val="NormalWeb"/>
        <w:spacing w:before="0" w:beforeAutospacing="0"/>
        <w:rPr>
          <w:b/>
          <w:bCs/>
        </w:rPr>
      </w:pPr>
    </w:p>
    <w:p w14:paraId="010B5401" w14:textId="77777777" w:rsidR="004D0767" w:rsidRDefault="004D0767" w:rsidP="00D40BDE">
      <w:pPr>
        <w:pStyle w:val="NormalWeb"/>
        <w:spacing w:before="0" w:beforeAutospacing="0"/>
        <w:rPr>
          <w:b/>
          <w:bCs/>
        </w:rPr>
      </w:pPr>
    </w:p>
    <w:p w14:paraId="2D61348F" w14:textId="65827F6D" w:rsidR="008330AF" w:rsidRPr="00343E81" w:rsidRDefault="008330AF" w:rsidP="008330AF">
      <w:pPr>
        <w:rPr>
          <w:b/>
          <w:bCs/>
          <w:sz w:val="24"/>
          <w:szCs w:val="24"/>
        </w:rPr>
      </w:pPr>
      <w:r w:rsidRPr="00343E81">
        <w:rPr>
          <w:b/>
          <w:bCs/>
          <w:sz w:val="24"/>
          <w:szCs w:val="24"/>
        </w:rPr>
        <w:t>COMPANY DETAILS</w:t>
      </w:r>
    </w:p>
    <w:p w14:paraId="052A2F3D" w14:textId="77777777" w:rsidR="008330AF" w:rsidRPr="00C63F9E" w:rsidRDefault="008330AF" w:rsidP="008330AF">
      <w:r w:rsidRPr="00C63F9E">
        <w:rPr>
          <w:b/>
          <w:bCs/>
        </w:rPr>
        <w:t>Company/Brand Name (as it should appear in materials):</w:t>
      </w:r>
    </w:p>
    <w:p w14:paraId="3E62F01B" w14:textId="77777777" w:rsidR="008330AF" w:rsidRPr="00C63F9E" w:rsidRDefault="00000000" w:rsidP="008330AF">
      <w:r>
        <w:pict w14:anchorId="31CD52D7">
          <v:rect id="_x0000_i1025" style="width:0;height:1.5pt" o:hralign="center" o:hrstd="t" o:hr="t" fillcolor="#a0a0a0" stroked="f"/>
        </w:pict>
      </w:r>
    </w:p>
    <w:p w14:paraId="74A21771" w14:textId="77777777" w:rsidR="008330AF" w:rsidRPr="00C63F9E" w:rsidRDefault="008330AF" w:rsidP="008330AF">
      <w:r w:rsidRPr="00343E81">
        <w:rPr>
          <w:b/>
          <w:bCs/>
        </w:rPr>
        <w:t>Contact Name:</w:t>
      </w:r>
    </w:p>
    <w:p w14:paraId="096A4FE0" w14:textId="77777777" w:rsidR="008330AF" w:rsidRPr="00343E81" w:rsidRDefault="00000000" w:rsidP="008330AF">
      <w:pPr>
        <w:rPr>
          <w:b/>
          <w:bCs/>
        </w:rPr>
      </w:pPr>
      <w:r>
        <w:pict w14:anchorId="2CEFE1F1">
          <v:rect id="_x0000_i1026" style="width:0;height:1.5pt" o:hralign="center" o:hrstd="t" o:hr="t" fillcolor="#a0a0a0" stroked="f"/>
        </w:pict>
      </w:r>
    </w:p>
    <w:p w14:paraId="4E8707BC" w14:textId="53DFEFDE" w:rsidR="008330AF" w:rsidRPr="008330AF" w:rsidRDefault="008330AF" w:rsidP="008330AF">
      <w:r w:rsidRPr="00343E81">
        <w:rPr>
          <w:b/>
          <w:bCs/>
        </w:rPr>
        <w:t>Email: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 w:rsidR="00FB02B9">
        <w:rPr>
          <w:b/>
          <w:bCs/>
        </w:rPr>
        <w:tab/>
      </w:r>
      <w:r w:rsidR="0037457F">
        <w:rPr>
          <w:b/>
          <w:bCs/>
        </w:rPr>
        <w:tab/>
      </w:r>
      <w:r w:rsidRPr="008330AF">
        <w:rPr>
          <w:b/>
          <w:bCs/>
        </w:rPr>
        <w:t>Phone Number</w:t>
      </w:r>
      <w:r>
        <w:t>:</w:t>
      </w:r>
    </w:p>
    <w:p w14:paraId="2D409C74" w14:textId="07604E16" w:rsidR="008330AF" w:rsidRPr="008330AF" w:rsidRDefault="008330AF" w:rsidP="008330AF">
      <w:pPr>
        <w:rPr>
          <w:u w:val="single"/>
        </w:rPr>
      </w:pP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 w:rsidR="00FB02B9">
        <w:rPr>
          <w:u w:val="single"/>
        </w:rPr>
        <w:tab/>
      </w:r>
      <w:r w:rsidR="0037457F">
        <w:rPr>
          <w:u w:val="single"/>
        </w:rPr>
        <w:tab/>
      </w:r>
      <w: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 w:rsidR="00FB02B9">
        <w:rPr>
          <w:u w:val="single"/>
        </w:rPr>
        <w:tab/>
      </w:r>
    </w:p>
    <w:p w14:paraId="5FAFB7E6" w14:textId="77777777" w:rsidR="008330AF" w:rsidRPr="00C63F9E" w:rsidRDefault="008330AF" w:rsidP="008330AF">
      <w:r w:rsidRPr="00C63F9E">
        <w:rPr>
          <w:b/>
          <w:bCs/>
        </w:rPr>
        <w:t>Mailing Address:</w:t>
      </w:r>
    </w:p>
    <w:p w14:paraId="732EE9FD" w14:textId="77777777" w:rsidR="008330AF" w:rsidRPr="00343E81" w:rsidRDefault="00000000" w:rsidP="008330AF">
      <w:r>
        <w:pict w14:anchorId="4300A78C">
          <v:rect id="_x0000_i1027" style="width:0;height:1.5pt" o:hralign="center" o:hrstd="t" o:hr="t" fillcolor="#a0a0a0" stroked="f"/>
        </w:pict>
      </w:r>
    </w:p>
    <w:p w14:paraId="280CBB0E" w14:textId="77777777" w:rsidR="00CD5C3D" w:rsidRPr="00CD5C3D" w:rsidRDefault="008330AF" w:rsidP="008330AF">
      <w:pPr>
        <w:rPr>
          <w:rFonts w:ascii="Segoe UI Emoji" w:hAnsi="Segoe UI Emoji" w:cs="Segoe UI Emoji"/>
          <w:b/>
          <w:bCs/>
          <w:sz w:val="16"/>
          <w:szCs w:val="16"/>
        </w:rPr>
      </w:pPr>
      <w:r w:rsidRPr="00C63F9E">
        <w:rPr>
          <w:b/>
          <w:bCs/>
        </w:rPr>
        <w:t>Logo Submission:</w:t>
      </w:r>
      <w:r w:rsidRPr="00C63F9E">
        <w:br/>
      </w:r>
      <w:r w:rsidRPr="00C63F9E">
        <w:rPr>
          <w:rFonts w:ascii="Segoe UI Symbol" w:hAnsi="Segoe UI Symbol" w:cs="Segoe UI Symbol"/>
        </w:rPr>
        <w:t>☐</w:t>
      </w:r>
      <w:r w:rsidRPr="00C63F9E">
        <w:t xml:space="preserve"> Logo attached </w:t>
      </w:r>
      <w:r>
        <w:tab/>
      </w:r>
      <w:r w:rsidRPr="00C63F9E">
        <w:rPr>
          <w:rFonts w:ascii="Segoe UI Symbol" w:hAnsi="Segoe UI Symbol" w:cs="Segoe UI Symbol"/>
        </w:rPr>
        <w:t>☐</w:t>
      </w:r>
      <w:r w:rsidRPr="00C63F9E">
        <w:t xml:space="preserve"> Will send </w:t>
      </w:r>
      <w:r w:rsidR="00E7701A" w:rsidRPr="00C63F9E">
        <w:t xml:space="preserve">later </w:t>
      </w:r>
      <w:r w:rsidR="00E7701A">
        <w:t>(</w:t>
      </w:r>
      <w:r w:rsidRPr="00C63F9E">
        <w:t>preferred format: PNG/</w:t>
      </w:r>
      <w:r>
        <w:t>JPEG</w:t>
      </w:r>
      <w:r w:rsidRPr="00C63F9E">
        <w:t>)</w:t>
      </w:r>
      <w:r w:rsidRPr="00A41494">
        <w:rPr>
          <w:sz w:val="24"/>
          <w:szCs w:val="24"/>
        </w:rPr>
        <w:br/>
      </w:r>
    </w:p>
    <w:p w14:paraId="7179FC0F" w14:textId="1651DFB5" w:rsidR="008330AF" w:rsidRDefault="008330AF" w:rsidP="002D3722">
      <w:pPr>
        <w:spacing w:after="0"/>
        <w:rPr>
          <w:b/>
          <w:bCs/>
          <w:sz w:val="24"/>
          <w:szCs w:val="24"/>
        </w:rPr>
      </w:pPr>
      <w:r w:rsidRPr="00C63F9E">
        <w:rPr>
          <w:b/>
          <w:bCs/>
          <w:sz w:val="24"/>
          <w:szCs w:val="24"/>
        </w:rPr>
        <w:t>PAYMENT DETAILS</w:t>
      </w:r>
    </w:p>
    <w:p w14:paraId="6FC7C189" w14:textId="2E3180AC" w:rsidR="008330AF" w:rsidRDefault="00000000" w:rsidP="002D3722">
      <w:pPr>
        <w:spacing w:after="0"/>
      </w:pPr>
      <w:sdt>
        <w:sdtPr>
          <w:id w:val="-35880860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330AF" w:rsidRPr="00343E81">
            <w:rPr>
              <w:rFonts w:ascii="MS Gothic" w:eastAsia="MS Gothic" w:hAnsi="MS Gothic" w:hint="eastAsia"/>
            </w:rPr>
            <w:t>☐</w:t>
          </w:r>
        </w:sdtContent>
      </w:sdt>
      <w:r w:rsidR="008330AF" w:rsidRPr="00343E81">
        <w:t xml:space="preserve"> Check Enclosed (payable to: Friends of E.D. White Historic Site)</w:t>
      </w:r>
      <w:r w:rsidR="008330AF" w:rsidRPr="00343E81">
        <w:br/>
      </w:r>
      <w:sdt>
        <w:sdtPr>
          <w:id w:val="-37623598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330AF" w:rsidRPr="00343E81">
            <w:rPr>
              <w:rFonts w:ascii="MS Gothic" w:eastAsia="MS Gothic" w:hAnsi="MS Gothic" w:hint="eastAsia"/>
            </w:rPr>
            <w:t>☐</w:t>
          </w:r>
        </w:sdtContent>
      </w:sdt>
      <w:r w:rsidR="008330AF" w:rsidRPr="00343E81">
        <w:t xml:space="preserve"> Invoice Me</w:t>
      </w:r>
      <w:r w:rsidR="008330AF" w:rsidRPr="00343E81">
        <w:br/>
      </w:r>
      <w:sdt>
        <w:sdtPr>
          <w:id w:val="53693807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330AF" w:rsidRPr="00343E81">
            <w:rPr>
              <w:rFonts w:ascii="MS Gothic" w:eastAsia="MS Gothic" w:hAnsi="MS Gothic" w:hint="eastAsia"/>
            </w:rPr>
            <w:t>☐</w:t>
          </w:r>
        </w:sdtContent>
      </w:sdt>
      <w:r w:rsidR="008330AF" w:rsidRPr="00343E81">
        <w:t xml:space="preserve"> Paid Online (Confirmation #): _________________________________</w:t>
      </w:r>
      <w:r w:rsidR="008330AF" w:rsidRPr="00343E81">
        <w:br/>
      </w:r>
      <w:r w:rsidR="008330AF" w:rsidRPr="00343E81">
        <w:br/>
        <w:t xml:space="preserve">Mail to: </w:t>
      </w:r>
      <w:r w:rsidR="008330AF">
        <w:t>Friends of E.D. White Historic Site</w:t>
      </w:r>
      <w:r w:rsidR="00FB02B9">
        <w:tab/>
      </w:r>
      <w:r w:rsidR="00FB02B9">
        <w:tab/>
        <w:t>Pay</w:t>
      </w:r>
      <w:r w:rsidR="00FB02B9" w:rsidRPr="00343E81">
        <w:t xml:space="preserve"> online </w:t>
      </w:r>
      <w:r w:rsidR="009C1BD3">
        <w:t xml:space="preserve">using </w:t>
      </w:r>
      <w:r w:rsidR="00FB02B9" w:rsidRPr="00343E81">
        <w:t xml:space="preserve"> </w:t>
      </w:r>
    </w:p>
    <w:p w14:paraId="5D5888CC" w14:textId="556BF49E" w:rsidR="008330AF" w:rsidRDefault="009C1BD3" w:rsidP="008330AF">
      <w:pPr>
        <w:spacing w:after="0"/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27B996BE" wp14:editId="5616D1DD">
            <wp:simplePos x="0" y="0"/>
            <wp:positionH relativeFrom="margin">
              <wp:posOffset>4514850</wp:posOffset>
            </wp:positionH>
            <wp:positionV relativeFrom="paragraph">
              <wp:posOffset>-140335</wp:posOffset>
            </wp:positionV>
            <wp:extent cx="1009650" cy="1057275"/>
            <wp:effectExtent l="0" t="0" r="0" b="9525"/>
            <wp:wrapThrough wrapText="bothSides">
              <wp:wrapPolygon edited="0">
                <wp:start x="0" y="0"/>
                <wp:lineTo x="0" y="21405"/>
                <wp:lineTo x="21192" y="21405"/>
                <wp:lineTo x="21192" y="0"/>
                <wp:lineTo x="0" y="0"/>
              </wp:wrapPolygon>
            </wp:wrapThrough>
            <wp:docPr id="225289098" name="Picture 1" descr="Qr cod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5289098" name="Picture 1" descr="Qr code&#10;&#10;AI-generated content may be incorrect."/>
                    <pic:cNvPicPr/>
                  </pic:nvPicPr>
                  <pic:blipFill rotWithShape="1">
                    <a:blip r:embed="rId8"/>
                    <a:srcRect l="12143" t="20714" r="121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9650" cy="10572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330AF">
        <w:tab/>
        <w:t xml:space="preserve"> P.O. Box 5932</w:t>
      </w:r>
      <w:r>
        <w:tab/>
      </w:r>
      <w:r>
        <w:tab/>
      </w:r>
      <w:r>
        <w:tab/>
      </w:r>
      <w:r>
        <w:tab/>
      </w:r>
      <w:r>
        <w:tab/>
        <w:t>QR Code:</w:t>
      </w:r>
    </w:p>
    <w:p w14:paraId="0D98425D" w14:textId="5649808E" w:rsidR="008330AF" w:rsidRPr="00CD5C3D" w:rsidRDefault="008330AF" w:rsidP="008330AF">
      <w:pPr>
        <w:spacing w:after="0"/>
        <w:rPr>
          <w:sz w:val="16"/>
          <w:szCs w:val="16"/>
        </w:rPr>
      </w:pPr>
      <w:r>
        <w:tab/>
        <w:t xml:space="preserve"> Thibodaux LA 70302-5932</w:t>
      </w:r>
      <w:r w:rsidR="00FB02B9">
        <w:br/>
      </w:r>
      <w:r w:rsidR="00FB02B9">
        <w:br/>
      </w:r>
    </w:p>
    <w:p w14:paraId="25369A1E" w14:textId="5DFFDAE0" w:rsidR="008330AF" w:rsidRDefault="008330AF" w:rsidP="002D3722">
      <w:pPr>
        <w:spacing w:after="0"/>
        <w:rPr>
          <w:b/>
          <w:bCs/>
          <w:sz w:val="24"/>
          <w:szCs w:val="24"/>
        </w:rPr>
      </w:pPr>
      <w:r w:rsidRPr="00C63F9E">
        <w:rPr>
          <w:b/>
          <w:bCs/>
          <w:sz w:val="24"/>
          <w:szCs w:val="24"/>
        </w:rPr>
        <w:t xml:space="preserve"> AUTHORIZATION</w:t>
      </w:r>
    </w:p>
    <w:p w14:paraId="54DF733E" w14:textId="222D70CE" w:rsidR="00CD5C3D" w:rsidRDefault="008330AF" w:rsidP="002D3722">
      <w:pPr>
        <w:spacing w:after="0"/>
        <w:rPr>
          <w:sz w:val="24"/>
          <w:szCs w:val="24"/>
        </w:rPr>
      </w:pPr>
      <w:r w:rsidRPr="00343E81">
        <w:t>I, the undersigned, agree to sponsor the above event as indicated:</w:t>
      </w:r>
      <w:r w:rsidRPr="00343E81">
        <w:br/>
      </w:r>
      <w:r w:rsidRPr="00343E81">
        <w:br/>
        <w:t>Authorized Signature: __________________________</w:t>
      </w:r>
      <w:r>
        <w:rPr>
          <w:u w:val="single"/>
        </w:rPr>
        <w:tab/>
      </w:r>
      <w:r>
        <w:rPr>
          <w:u w:val="single"/>
        </w:rPr>
        <w:tab/>
      </w:r>
      <w:r w:rsidRPr="00343E81">
        <w:br/>
        <w:t>Name (Printed): ________________________________</w:t>
      </w:r>
      <w:r>
        <w:rPr>
          <w:u w:val="single"/>
        </w:rPr>
        <w:tab/>
      </w:r>
      <w:r>
        <w:rPr>
          <w:u w:val="single"/>
        </w:rPr>
        <w:tab/>
      </w:r>
      <w:r w:rsidR="00CD5C3D">
        <w:rPr>
          <w:u w:val="single"/>
        </w:rPr>
        <w:t xml:space="preserve">       </w:t>
      </w:r>
      <w:r w:rsidRPr="00343E81">
        <w:t>Date: _____</w:t>
      </w:r>
      <w:r w:rsidR="00CD5C3D">
        <w:t>_________________</w:t>
      </w:r>
      <w:r w:rsidRPr="00343E81">
        <w:t>______________</w:t>
      </w:r>
      <w:r>
        <w:br/>
      </w:r>
      <w:r w:rsidRPr="00343E81">
        <w:br/>
      </w:r>
      <w:r w:rsidRPr="006E09D5">
        <w:rPr>
          <w:sz w:val="24"/>
          <w:szCs w:val="24"/>
        </w:rPr>
        <w:t>Thank You for Your Support!</w:t>
      </w:r>
    </w:p>
    <w:p w14:paraId="1FA183DB" w14:textId="77777777" w:rsidR="007136C4" w:rsidRDefault="007136C4" w:rsidP="00CD5C3D">
      <w:pPr>
        <w:spacing w:after="0"/>
        <w:rPr>
          <w:sz w:val="24"/>
          <w:szCs w:val="24"/>
        </w:rPr>
      </w:pPr>
    </w:p>
    <w:p w14:paraId="0EAB2220" w14:textId="5F2ECFAC" w:rsidR="007136C4" w:rsidRDefault="007136C4" w:rsidP="00CD5C3D">
      <w:pPr>
        <w:spacing w:after="0"/>
        <w:rPr>
          <w:sz w:val="24"/>
          <w:szCs w:val="24"/>
        </w:rPr>
      </w:pPr>
      <w:r>
        <w:rPr>
          <w:sz w:val="24"/>
          <w:szCs w:val="24"/>
        </w:rPr>
        <w:t>With gratitude and appreciation,</w:t>
      </w:r>
    </w:p>
    <w:p w14:paraId="658D2376" w14:textId="5F15557D" w:rsidR="00CD5C3D" w:rsidRDefault="00CD5C3D" w:rsidP="00CD5C3D">
      <w:pPr>
        <w:spacing w:after="0"/>
        <w:rPr>
          <w:sz w:val="24"/>
          <w:szCs w:val="24"/>
        </w:rPr>
      </w:pPr>
      <w:r>
        <w:rPr>
          <w:sz w:val="24"/>
          <w:szCs w:val="24"/>
        </w:rPr>
        <w:t>Pam Folse</w:t>
      </w:r>
    </w:p>
    <w:p w14:paraId="07AB33D8" w14:textId="3C4A41F3" w:rsidR="00CD5C3D" w:rsidRDefault="00CD5C3D" w:rsidP="00CD5C3D">
      <w:pPr>
        <w:spacing w:after="0"/>
        <w:rPr>
          <w:sz w:val="24"/>
          <w:szCs w:val="24"/>
        </w:rPr>
      </w:pPr>
    </w:p>
    <w:p w14:paraId="3A1D108F" w14:textId="73A3EC80" w:rsidR="00CD5C3D" w:rsidRPr="0042302D" w:rsidRDefault="00CD5C3D" w:rsidP="00CD5C3D">
      <w:pPr>
        <w:shd w:val="clear" w:color="auto" w:fill="FFFFFF"/>
        <w:spacing w:after="0" w:line="240" w:lineRule="auto"/>
        <w:rPr>
          <w:rFonts w:ascii="Helvetica" w:eastAsia="Times New Roman" w:hAnsi="Helvetica" w:cs="Times New Roman"/>
          <w:color w:val="000000"/>
          <w:sz w:val="20"/>
          <w:szCs w:val="20"/>
        </w:rPr>
      </w:pPr>
      <w:bookmarkStart w:id="8" w:name="_Hlk209445306"/>
      <w:r>
        <w:rPr>
          <w:rFonts w:ascii="Helvetica" w:eastAsia="Times New Roman" w:hAnsi="Helvetica" w:cs="Times New Roman"/>
          <w:noProof/>
          <w:color w:val="000000"/>
          <w:sz w:val="20"/>
          <w:szCs w:val="20"/>
        </w:rPr>
        <w:drawing>
          <wp:anchor distT="0" distB="0" distL="114300" distR="114300" simplePos="0" relativeHeight="251662336" behindDoc="0" locked="0" layoutInCell="1" allowOverlap="1" wp14:anchorId="730B0558" wp14:editId="6BD72DC8">
            <wp:simplePos x="0" y="0"/>
            <wp:positionH relativeFrom="column">
              <wp:posOffset>2648585</wp:posOffset>
            </wp:positionH>
            <wp:positionV relativeFrom="paragraph">
              <wp:posOffset>8255</wp:posOffset>
            </wp:positionV>
            <wp:extent cx="1381125" cy="1381125"/>
            <wp:effectExtent l="0" t="0" r="9525" b="9525"/>
            <wp:wrapNone/>
            <wp:docPr id="53390606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1125" cy="1381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2302D">
        <w:rPr>
          <w:rFonts w:ascii="Helvetica" w:eastAsia="Times New Roman" w:hAnsi="Helvetica" w:cs="Times New Roman"/>
          <w:color w:val="000000"/>
          <w:sz w:val="20"/>
          <w:szCs w:val="20"/>
        </w:rPr>
        <w:t>Pamela T. Folse, M.Ed.</w:t>
      </w:r>
    </w:p>
    <w:p w14:paraId="08111638" w14:textId="77777777" w:rsidR="00CD5C3D" w:rsidRPr="0042302D" w:rsidRDefault="00CD5C3D" w:rsidP="00CD5C3D">
      <w:pPr>
        <w:shd w:val="clear" w:color="auto" w:fill="FFFFFF"/>
        <w:spacing w:after="0" w:line="240" w:lineRule="auto"/>
        <w:rPr>
          <w:rFonts w:ascii="Helvetica" w:eastAsia="Times New Roman" w:hAnsi="Helvetica" w:cs="Times New Roman"/>
          <w:color w:val="000000"/>
          <w:sz w:val="20"/>
          <w:szCs w:val="20"/>
        </w:rPr>
      </w:pPr>
      <w:r w:rsidRPr="0042302D">
        <w:rPr>
          <w:rFonts w:ascii="Helvetica" w:eastAsia="Times New Roman" w:hAnsi="Helvetica" w:cs="Times New Roman"/>
          <w:color w:val="000000"/>
          <w:sz w:val="20"/>
          <w:szCs w:val="20"/>
        </w:rPr>
        <w:t>Friends of ED White Historic Site</w:t>
      </w:r>
    </w:p>
    <w:p w14:paraId="128E14C6" w14:textId="77777777" w:rsidR="00CD5C3D" w:rsidRPr="0042302D" w:rsidRDefault="00CD5C3D" w:rsidP="00CD5C3D">
      <w:pPr>
        <w:shd w:val="clear" w:color="auto" w:fill="FFFFFF"/>
        <w:spacing w:after="0" w:line="240" w:lineRule="auto"/>
        <w:rPr>
          <w:rFonts w:ascii="Helvetica" w:eastAsia="Times New Roman" w:hAnsi="Helvetica" w:cs="Times New Roman"/>
          <w:color w:val="000000"/>
          <w:sz w:val="20"/>
          <w:szCs w:val="20"/>
        </w:rPr>
      </w:pPr>
      <w:r w:rsidRPr="0042302D">
        <w:rPr>
          <w:rFonts w:ascii="Helvetica" w:eastAsia="Times New Roman" w:hAnsi="Helvetica" w:cs="Times New Roman"/>
          <w:color w:val="000000"/>
          <w:sz w:val="20"/>
          <w:szCs w:val="20"/>
        </w:rPr>
        <w:t>President</w:t>
      </w:r>
      <w:r>
        <w:rPr>
          <w:rFonts w:ascii="Helvetica" w:eastAsia="Times New Roman" w:hAnsi="Helvetica" w:cs="Times New Roman"/>
          <w:color w:val="000000"/>
          <w:sz w:val="20"/>
          <w:szCs w:val="20"/>
        </w:rPr>
        <w:t xml:space="preserve"> / Grant Writer</w:t>
      </w:r>
    </w:p>
    <w:p w14:paraId="6FBFACC5" w14:textId="77777777" w:rsidR="00CD5C3D" w:rsidRPr="0042302D" w:rsidRDefault="00CD5C3D" w:rsidP="00CD5C3D">
      <w:pPr>
        <w:shd w:val="clear" w:color="auto" w:fill="FFFFFF"/>
        <w:spacing w:after="0" w:line="240" w:lineRule="auto"/>
        <w:rPr>
          <w:rFonts w:ascii="Helvetica" w:eastAsia="Times New Roman" w:hAnsi="Helvetica" w:cs="Times New Roman"/>
          <w:color w:val="000000"/>
          <w:sz w:val="20"/>
          <w:szCs w:val="20"/>
        </w:rPr>
      </w:pPr>
      <w:r w:rsidRPr="0042302D">
        <w:rPr>
          <w:rFonts w:ascii="Helvetica" w:eastAsia="Times New Roman" w:hAnsi="Helvetica" w:cs="Times New Roman"/>
          <w:color w:val="000000"/>
          <w:sz w:val="20"/>
          <w:szCs w:val="20"/>
        </w:rPr>
        <w:t>Email:  ptfolse@yahoo.com</w:t>
      </w:r>
    </w:p>
    <w:p w14:paraId="2753EE4A" w14:textId="77777777" w:rsidR="00CD5C3D" w:rsidRPr="0042302D" w:rsidRDefault="00CD5C3D" w:rsidP="00CD5C3D">
      <w:pPr>
        <w:shd w:val="clear" w:color="auto" w:fill="FFFFFF"/>
        <w:spacing w:after="0" w:line="240" w:lineRule="auto"/>
        <w:rPr>
          <w:rFonts w:ascii="Helvetica" w:eastAsia="Times New Roman" w:hAnsi="Helvetica" w:cs="Times New Roman"/>
          <w:color w:val="000000"/>
          <w:sz w:val="20"/>
          <w:szCs w:val="20"/>
        </w:rPr>
      </w:pPr>
      <w:r w:rsidRPr="0042302D">
        <w:rPr>
          <w:rFonts w:ascii="Helvetica" w:eastAsia="Times New Roman" w:hAnsi="Helvetica" w:cs="Times New Roman"/>
          <w:color w:val="000000"/>
          <w:sz w:val="20"/>
          <w:szCs w:val="20"/>
        </w:rPr>
        <w:t>Phone: (985) 227-0958</w:t>
      </w:r>
    </w:p>
    <w:p w14:paraId="59E955F0" w14:textId="77777777" w:rsidR="00CD5C3D" w:rsidRPr="0042302D" w:rsidRDefault="00CD5C3D" w:rsidP="00CD5C3D">
      <w:pPr>
        <w:shd w:val="clear" w:color="auto" w:fill="FFFFFF"/>
        <w:spacing w:after="0" w:line="240" w:lineRule="auto"/>
        <w:rPr>
          <w:rFonts w:ascii="Helvetica" w:eastAsia="Times New Roman" w:hAnsi="Helvetica" w:cs="Times New Roman"/>
          <w:color w:val="000000"/>
          <w:sz w:val="20"/>
          <w:szCs w:val="20"/>
        </w:rPr>
      </w:pPr>
      <w:r w:rsidRPr="0042302D">
        <w:rPr>
          <w:rFonts w:ascii="Helvetica" w:eastAsia="Times New Roman" w:hAnsi="Helvetica" w:cs="Times New Roman"/>
          <w:color w:val="000000"/>
          <w:sz w:val="20"/>
          <w:szCs w:val="20"/>
        </w:rPr>
        <w:t xml:space="preserve">Site Address:  2295 </w:t>
      </w:r>
      <w:r>
        <w:rPr>
          <w:rFonts w:ascii="Helvetica" w:eastAsia="Times New Roman" w:hAnsi="Helvetica" w:cs="Times New Roman"/>
          <w:color w:val="000000"/>
          <w:sz w:val="20"/>
          <w:szCs w:val="20"/>
        </w:rPr>
        <w:t>St. Mary Street</w:t>
      </w:r>
    </w:p>
    <w:p w14:paraId="6792B5D9" w14:textId="77777777" w:rsidR="00CD5C3D" w:rsidRPr="0042302D" w:rsidRDefault="00CD5C3D" w:rsidP="00CD5C3D">
      <w:pPr>
        <w:shd w:val="clear" w:color="auto" w:fill="FFFFFF"/>
        <w:spacing w:after="0" w:line="240" w:lineRule="auto"/>
        <w:rPr>
          <w:rFonts w:ascii="Helvetica" w:eastAsia="Times New Roman" w:hAnsi="Helvetica" w:cs="Times New Roman"/>
          <w:color w:val="000000"/>
          <w:sz w:val="20"/>
          <w:szCs w:val="20"/>
        </w:rPr>
      </w:pPr>
      <w:r w:rsidRPr="0042302D">
        <w:rPr>
          <w:rFonts w:ascii="Helvetica" w:eastAsia="Times New Roman" w:hAnsi="Helvetica" w:cs="Times New Roman"/>
          <w:color w:val="000000"/>
          <w:sz w:val="20"/>
          <w:szCs w:val="20"/>
        </w:rPr>
        <w:t>                       Thibodaux, LA   70301</w:t>
      </w:r>
    </w:p>
    <w:p w14:paraId="025721A0" w14:textId="04F63533" w:rsidR="00CD5C3D" w:rsidRPr="0042302D" w:rsidRDefault="00CD5C3D" w:rsidP="00CD5C3D">
      <w:pPr>
        <w:shd w:val="clear" w:color="auto" w:fill="FFFFFF"/>
        <w:spacing w:after="0" w:line="240" w:lineRule="auto"/>
        <w:rPr>
          <w:rFonts w:ascii="Helvetica" w:eastAsia="Times New Roman" w:hAnsi="Helvetica" w:cs="Times New Roman"/>
          <w:color w:val="000000"/>
          <w:sz w:val="20"/>
          <w:szCs w:val="20"/>
        </w:rPr>
      </w:pPr>
      <w:r w:rsidRPr="0042302D">
        <w:rPr>
          <w:rFonts w:ascii="Helvetica" w:eastAsia="Times New Roman" w:hAnsi="Helvetica" w:cs="Times New Roman"/>
          <w:color w:val="000000"/>
          <w:sz w:val="20"/>
          <w:szCs w:val="20"/>
        </w:rPr>
        <w:t>Mailing Address</w:t>
      </w:r>
      <w:r w:rsidR="00C5690C" w:rsidRPr="0042302D">
        <w:rPr>
          <w:rFonts w:ascii="Helvetica" w:eastAsia="Times New Roman" w:hAnsi="Helvetica" w:cs="Times New Roman"/>
          <w:color w:val="000000"/>
          <w:sz w:val="20"/>
          <w:szCs w:val="20"/>
        </w:rPr>
        <w:t>: P</w:t>
      </w:r>
      <w:r w:rsidRPr="0042302D">
        <w:rPr>
          <w:rFonts w:ascii="Helvetica" w:eastAsia="Times New Roman" w:hAnsi="Helvetica" w:cs="Times New Roman"/>
          <w:color w:val="000000"/>
          <w:sz w:val="20"/>
          <w:szCs w:val="20"/>
        </w:rPr>
        <w:t>.O, Box 5932</w:t>
      </w:r>
    </w:p>
    <w:p w14:paraId="63B197CB" w14:textId="7463A031" w:rsidR="00CD5C3D" w:rsidRDefault="00CD5C3D" w:rsidP="00CD5C3D">
      <w:pPr>
        <w:shd w:val="clear" w:color="auto" w:fill="FFFFFF"/>
        <w:spacing w:after="0" w:line="240" w:lineRule="auto"/>
        <w:rPr>
          <w:rFonts w:ascii="Helvetica" w:eastAsia="Times New Roman" w:hAnsi="Helvetica" w:cs="Times New Roman"/>
          <w:color w:val="000000"/>
          <w:sz w:val="20"/>
          <w:szCs w:val="20"/>
        </w:rPr>
      </w:pPr>
      <w:r w:rsidRPr="0042302D">
        <w:rPr>
          <w:rFonts w:ascii="Helvetica" w:eastAsia="Times New Roman" w:hAnsi="Helvetica" w:cs="Times New Roman"/>
          <w:color w:val="000000"/>
          <w:sz w:val="20"/>
          <w:szCs w:val="20"/>
        </w:rPr>
        <w:t>                           Thibodaux, LA  70302</w:t>
      </w:r>
    </w:p>
    <w:p w14:paraId="49487D38" w14:textId="47242150" w:rsidR="00CA6061" w:rsidRPr="00A41494" w:rsidRDefault="00CD5C3D" w:rsidP="00CD5C3D">
      <w:pPr>
        <w:shd w:val="clear" w:color="auto" w:fill="FFFFFF"/>
        <w:spacing w:after="0" w:line="240" w:lineRule="auto"/>
        <w:rPr>
          <w:sz w:val="24"/>
          <w:szCs w:val="24"/>
        </w:rPr>
      </w:pPr>
      <w:r>
        <w:rPr>
          <w:rFonts w:ascii="Helvetica" w:hAnsi="Helvetica" w:cs="Helvetica"/>
          <w:color w:val="000000"/>
          <w:sz w:val="20"/>
          <w:szCs w:val="20"/>
          <w:shd w:val="clear" w:color="auto" w:fill="FFFFFF"/>
        </w:rPr>
        <w:t>Website</w:t>
      </w:r>
      <w:r w:rsidR="00C5690C">
        <w:rPr>
          <w:rFonts w:ascii="Helvetica" w:hAnsi="Helvetica" w:cs="Helvetica"/>
          <w:color w:val="000000"/>
          <w:sz w:val="20"/>
          <w:szCs w:val="20"/>
          <w:shd w:val="clear" w:color="auto" w:fill="FFFFFF"/>
        </w:rPr>
        <w:t>: FriendsofEDWhiteSite.org</w:t>
      </w:r>
      <w:r>
        <w:rPr>
          <w:rFonts w:ascii="Helvetica" w:hAnsi="Helvetica" w:cs="Helvetica"/>
          <w:color w:val="000000"/>
          <w:sz w:val="20"/>
          <w:szCs w:val="20"/>
          <w:shd w:val="clear" w:color="auto" w:fill="FFFFFF"/>
        </w:rPr>
        <w:t> </w:t>
      </w:r>
      <w:bookmarkEnd w:id="8"/>
    </w:p>
    <w:sectPr w:rsidR="00CA6061" w:rsidRPr="00A41494" w:rsidSect="00BE1477">
      <w:pgSz w:w="12240" w:h="15840"/>
      <w:pgMar w:top="720" w:right="1152" w:bottom="720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60409020205020404"/>
    <w:charset w:val="00"/>
    <w:family w:val="modern"/>
    <w:pitch w:val="fixed"/>
    <w:sig w:usb0="00000003" w:usb1="00000000" w:usb2="00000000" w:usb3="00000000" w:csb0="00000001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2CC2545E"/>
    <w:multiLevelType w:val="hybridMultilevel"/>
    <w:tmpl w:val="D018B9F0"/>
    <w:lvl w:ilvl="0" w:tplc="E85E1BEA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19D238E"/>
    <w:multiLevelType w:val="hybridMultilevel"/>
    <w:tmpl w:val="5A90B8A0"/>
    <w:lvl w:ilvl="0" w:tplc="E85E1BEA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4D349F7"/>
    <w:multiLevelType w:val="hybridMultilevel"/>
    <w:tmpl w:val="942E35F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B33A64"/>
    <w:multiLevelType w:val="hybridMultilevel"/>
    <w:tmpl w:val="BC186EA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ACE7690"/>
    <w:multiLevelType w:val="hybridMultilevel"/>
    <w:tmpl w:val="A1CC7EEC"/>
    <w:lvl w:ilvl="0" w:tplc="E85E1BEA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5B40863"/>
    <w:multiLevelType w:val="hybridMultilevel"/>
    <w:tmpl w:val="CCE63E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7414826"/>
    <w:multiLevelType w:val="hybridMultilevel"/>
    <w:tmpl w:val="0562D392"/>
    <w:lvl w:ilvl="0" w:tplc="3B74401A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71658433">
    <w:abstractNumId w:val="8"/>
  </w:num>
  <w:num w:numId="2" w16cid:durableId="1069814967">
    <w:abstractNumId w:val="6"/>
  </w:num>
  <w:num w:numId="3" w16cid:durableId="1960606758">
    <w:abstractNumId w:val="5"/>
  </w:num>
  <w:num w:numId="4" w16cid:durableId="1213814025">
    <w:abstractNumId w:val="4"/>
  </w:num>
  <w:num w:numId="5" w16cid:durableId="1139613531">
    <w:abstractNumId w:val="7"/>
  </w:num>
  <w:num w:numId="6" w16cid:durableId="991101788">
    <w:abstractNumId w:val="3"/>
  </w:num>
  <w:num w:numId="7" w16cid:durableId="723215341">
    <w:abstractNumId w:val="2"/>
  </w:num>
  <w:num w:numId="8" w16cid:durableId="223880684">
    <w:abstractNumId w:val="1"/>
  </w:num>
  <w:num w:numId="9" w16cid:durableId="151143048">
    <w:abstractNumId w:val="0"/>
  </w:num>
  <w:num w:numId="10" w16cid:durableId="1577742321">
    <w:abstractNumId w:val="12"/>
  </w:num>
  <w:num w:numId="11" w16cid:durableId="858280753">
    <w:abstractNumId w:val="11"/>
  </w:num>
  <w:num w:numId="12" w16cid:durableId="822964771">
    <w:abstractNumId w:val="15"/>
  </w:num>
  <w:num w:numId="13" w16cid:durableId="196356859">
    <w:abstractNumId w:val="9"/>
  </w:num>
  <w:num w:numId="14" w16cid:durableId="892619528">
    <w:abstractNumId w:val="10"/>
  </w:num>
  <w:num w:numId="15" w16cid:durableId="243421421">
    <w:abstractNumId w:val="14"/>
  </w:num>
  <w:num w:numId="16" w16cid:durableId="896670960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02F50"/>
    <w:rsid w:val="00034616"/>
    <w:rsid w:val="00045376"/>
    <w:rsid w:val="0006063C"/>
    <w:rsid w:val="00073367"/>
    <w:rsid w:val="000828A4"/>
    <w:rsid w:val="000B12D5"/>
    <w:rsid w:val="0012409D"/>
    <w:rsid w:val="0015074B"/>
    <w:rsid w:val="0017580A"/>
    <w:rsid w:val="00191598"/>
    <w:rsid w:val="001B2153"/>
    <w:rsid w:val="001B779C"/>
    <w:rsid w:val="002463F8"/>
    <w:rsid w:val="00247B19"/>
    <w:rsid w:val="00263139"/>
    <w:rsid w:val="00290729"/>
    <w:rsid w:val="00293BAE"/>
    <w:rsid w:val="00295AEA"/>
    <w:rsid w:val="0029639D"/>
    <w:rsid w:val="002C7DAA"/>
    <w:rsid w:val="002D3722"/>
    <w:rsid w:val="0030533F"/>
    <w:rsid w:val="00315D95"/>
    <w:rsid w:val="00326F90"/>
    <w:rsid w:val="00343E81"/>
    <w:rsid w:val="0035200C"/>
    <w:rsid w:val="003520EE"/>
    <w:rsid w:val="00354657"/>
    <w:rsid w:val="00366DD9"/>
    <w:rsid w:val="00371FAF"/>
    <w:rsid w:val="0037457F"/>
    <w:rsid w:val="003C348F"/>
    <w:rsid w:val="00430223"/>
    <w:rsid w:val="004552EE"/>
    <w:rsid w:val="00455CD6"/>
    <w:rsid w:val="0048241D"/>
    <w:rsid w:val="004C4D59"/>
    <w:rsid w:val="004D0767"/>
    <w:rsid w:val="004E05FA"/>
    <w:rsid w:val="004E49DA"/>
    <w:rsid w:val="00527780"/>
    <w:rsid w:val="00541DCB"/>
    <w:rsid w:val="00556BAE"/>
    <w:rsid w:val="00594FE2"/>
    <w:rsid w:val="00607598"/>
    <w:rsid w:val="00626C97"/>
    <w:rsid w:val="00691990"/>
    <w:rsid w:val="006A2051"/>
    <w:rsid w:val="006A6C23"/>
    <w:rsid w:val="006C1A48"/>
    <w:rsid w:val="006E09D5"/>
    <w:rsid w:val="006F01DF"/>
    <w:rsid w:val="00711B11"/>
    <w:rsid w:val="007136C4"/>
    <w:rsid w:val="00766167"/>
    <w:rsid w:val="0080562A"/>
    <w:rsid w:val="008330AF"/>
    <w:rsid w:val="00844D9F"/>
    <w:rsid w:val="008A0FA6"/>
    <w:rsid w:val="008B3D24"/>
    <w:rsid w:val="008D5D2A"/>
    <w:rsid w:val="00906CC0"/>
    <w:rsid w:val="00962F08"/>
    <w:rsid w:val="009C1BD3"/>
    <w:rsid w:val="009C47B4"/>
    <w:rsid w:val="009D287C"/>
    <w:rsid w:val="009F1B5B"/>
    <w:rsid w:val="009F2F83"/>
    <w:rsid w:val="00A155E1"/>
    <w:rsid w:val="00A362C3"/>
    <w:rsid w:val="00A41494"/>
    <w:rsid w:val="00A55C3C"/>
    <w:rsid w:val="00A57E11"/>
    <w:rsid w:val="00AA1D8D"/>
    <w:rsid w:val="00AC58DD"/>
    <w:rsid w:val="00AC7608"/>
    <w:rsid w:val="00B15504"/>
    <w:rsid w:val="00B34502"/>
    <w:rsid w:val="00B47730"/>
    <w:rsid w:val="00B64338"/>
    <w:rsid w:val="00BE1477"/>
    <w:rsid w:val="00BF3395"/>
    <w:rsid w:val="00C5690C"/>
    <w:rsid w:val="00C63F9E"/>
    <w:rsid w:val="00C729C4"/>
    <w:rsid w:val="00C7601C"/>
    <w:rsid w:val="00CA6061"/>
    <w:rsid w:val="00CB0664"/>
    <w:rsid w:val="00CD5270"/>
    <w:rsid w:val="00CD5C3D"/>
    <w:rsid w:val="00D40BDE"/>
    <w:rsid w:val="00D42FE1"/>
    <w:rsid w:val="00D71F3C"/>
    <w:rsid w:val="00DA4247"/>
    <w:rsid w:val="00DC7592"/>
    <w:rsid w:val="00DD3243"/>
    <w:rsid w:val="00DD740B"/>
    <w:rsid w:val="00E14931"/>
    <w:rsid w:val="00E17B77"/>
    <w:rsid w:val="00E20DFA"/>
    <w:rsid w:val="00E433D1"/>
    <w:rsid w:val="00E44493"/>
    <w:rsid w:val="00E57AD6"/>
    <w:rsid w:val="00E62B58"/>
    <w:rsid w:val="00E642AF"/>
    <w:rsid w:val="00E7701A"/>
    <w:rsid w:val="00E80157"/>
    <w:rsid w:val="00EA2C78"/>
    <w:rsid w:val="00EB22AD"/>
    <w:rsid w:val="00ED1011"/>
    <w:rsid w:val="00EE081A"/>
    <w:rsid w:val="00EE48FD"/>
    <w:rsid w:val="00F319D6"/>
    <w:rsid w:val="00F35E4A"/>
    <w:rsid w:val="00F73C12"/>
    <w:rsid w:val="00F80F27"/>
    <w:rsid w:val="00F9228D"/>
    <w:rsid w:val="00FA4069"/>
    <w:rsid w:val="00FA7EEE"/>
    <w:rsid w:val="00FB02B9"/>
    <w:rsid w:val="00FB2FC5"/>
    <w:rsid w:val="00FB3F6A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47A8D61"/>
  <w14:defaultImageDpi w14:val="300"/>
  <w15:docId w15:val="{F43CB443-C4BF-455D-883A-D8031A1E89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yperlink">
    <w:name w:val="Hyperlink"/>
    <w:basedOn w:val="DefaultParagraphFont"/>
    <w:uiPriority w:val="99"/>
    <w:unhideWhenUsed/>
    <w:rsid w:val="008330AF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unhideWhenUsed/>
    <w:rsid w:val="00CD52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9943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432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fif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412</Words>
  <Characters>2352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2759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James Bishop</cp:lastModifiedBy>
  <cp:revision>2</cp:revision>
  <cp:lastPrinted>2025-09-23T11:41:00Z</cp:lastPrinted>
  <dcterms:created xsi:type="dcterms:W3CDTF">2025-10-22T20:50:00Z</dcterms:created>
  <dcterms:modified xsi:type="dcterms:W3CDTF">2025-10-22T20:50:00Z</dcterms:modified>
  <cp:category/>
</cp:coreProperties>
</file>